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1E" w:rsidRPr="00903674" w:rsidRDefault="00A20F1E" w:rsidP="00A20F1E">
      <w:pPr>
        <w:pStyle w:val="Ttulo1"/>
        <w:spacing w:before="0" w:line="240" w:lineRule="auto"/>
        <w:rPr>
          <w:rFonts w:cstheme="majorHAnsi"/>
          <w:color w:val="auto"/>
          <w:lang w:val="es-AR"/>
        </w:rPr>
      </w:pPr>
    </w:p>
    <w:p w:rsidR="001579E7" w:rsidRPr="00903674" w:rsidRDefault="001579E7" w:rsidP="001579E7">
      <w:pPr>
        <w:spacing w:after="0" w:line="240" w:lineRule="auto"/>
        <w:jc w:val="center"/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</w:pPr>
      <w:r w:rsidRPr="00903674"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 xml:space="preserve">FORMULARIO PARA LA PRESENTACIÓN DE </w:t>
      </w:r>
    </w:p>
    <w:p w:rsidR="00A20F1E" w:rsidRDefault="001579E7" w:rsidP="001579E7">
      <w:pPr>
        <w:spacing w:after="0" w:line="240" w:lineRule="auto"/>
        <w:jc w:val="center"/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</w:pPr>
      <w:r w:rsidRPr="00903674"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>PROYECTOS DE INVESTIGACIÓN (</w:t>
      </w:r>
      <w:proofErr w:type="spellStart"/>
      <w:r w:rsidRPr="00903674"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>PICyT</w:t>
      </w:r>
      <w:proofErr w:type="spellEnd"/>
      <w:r w:rsidRPr="00903674">
        <w:rPr>
          <w:rFonts w:asciiTheme="majorHAnsi" w:eastAsiaTheme="majorEastAsia" w:hAnsiTheme="majorHAnsi" w:cstheme="majorHAnsi"/>
          <w:b/>
          <w:bCs/>
          <w:sz w:val="32"/>
          <w:szCs w:val="28"/>
          <w:lang w:val="es-AR"/>
        </w:rPr>
        <w:t>)</w:t>
      </w:r>
    </w:p>
    <w:p w:rsidR="00FB6DF4" w:rsidRPr="00FB6DF4" w:rsidRDefault="00FB6DF4" w:rsidP="001579E7">
      <w:pPr>
        <w:spacing w:after="0" w:line="240" w:lineRule="auto"/>
        <w:jc w:val="center"/>
        <w:rPr>
          <w:rFonts w:asciiTheme="majorHAnsi" w:eastAsiaTheme="majorEastAsia" w:hAnsiTheme="majorHAnsi" w:cstheme="majorHAnsi"/>
          <w:b/>
          <w:bCs/>
          <w:sz w:val="12"/>
          <w:szCs w:val="28"/>
          <w:lang w:val="es-AR"/>
        </w:rPr>
      </w:pPr>
    </w:p>
    <w:p w:rsidR="00FB6DF4" w:rsidRPr="00FB6DF4" w:rsidRDefault="00FB6DF4" w:rsidP="001579E7">
      <w:pPr>
        <w:spacing w:after="0" w:line="240" w:lineRule="auto"/>
        <w:jc w:val="center"/>
        <w:rPr>
          <w:rFonts w:asciiTheme="majorHAnsi" w:eastAsiaTheme="majorEastAsia" w:hAnsiTheme="majorHAnsi" w:cstheme="majorHAnsi"/>
          <w:b/>
          <w:bCs/>
          <w:sz w:val="24"/>
          <w:szCs w:val="28"/>
          <w:lang w:val="es-AR"/>
        </w:rPr>
      </w:pPr>
      <w:r w:rsidRPr="00FB6DF4">
        <w:rPr>
          <w:rFonts w:asciiTheme="majorHAnsi" w:eastAsiaTheme="majorEastAsia" w:hAnsiTheme="majorHAnsi" w:cstheme="majorHAnsi"/>
          <w:b/>
          <w:bCs/>
          <w:sz w:val="24"/>
          <w:szCs w:val="28"/>
          <w:lang w:val="es-AR"/>
        </w:rPr>
        <w:t>CONVOCATORIA ESPECÍFICA PARA LA RADICACIÓN DE PROYECTOS DE INVESTIGACIÓN CIENTÍFICA Y TECNOLÓGICA BIANUALES, ORIENTADOS A LAS ÁREAS DE CONTABILIDAD E IMPUESTOS (PICYT C-I 2026)</w:t>
      </w:r>
    </w:p>
    <w:p w:rsidR="001579E7" w:rsidRPr="00903674" w:rsidRDefault="001579E7" w:rsidP="00A20F1E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1579E7" w:rsidRPr="00903674" w:rsidRDefault="001579E7" w:rsidP="001579E7">
      <w:pPr>
        <w:spacing w:after="0" w:line="240" w:lineRule="auto"/>
        <w:rPr>
          <w:rFonts w:asciiTheme="majorHAnsi" w:hAnsiTheme="majorHAnsi" w:cstheme="majorHAnsi"/>
          <w:lang w:val="es-AR"/>
        </w:rPr>
      </w:pPr>
      <w:r w:rsidRPr="00903674">
        <w:rPr>
          <w:rFonts w:asciiTheme="majorHAnsi" w:hAnsiTheme="majorHAnsi" w:cstheme="majorHAnsi"/>
          <w:b/>
          <w:bCs/>
          <w:lang w:val="es-AR"/>
        </w:rPr>
        <w:t>(*) Los campos señalados deberán completarse únicamente cuando corresponda según lo establecido en el Reglamento de Proyectos, Programas y Grupos de Investigación.</w:t>
      </w:r>
    </w:p>
    <w:p w:rsidR="001579E7" w:rsidRPr="00903674" w:rsidRDefault="001579E7" w:rsidP="001579E7">
      <w:pPr>
        <w:spacing w:after="0" w:line="240" w:lineRule="auto"/>
        <w:rPr>
          <w:rFonts w:asciiTheme="majorHAnsi" w:hAnsiTheme="majorHAnsi" w:cstheme="majorHAnsi"/>
          <w:b/>
          <w:bCs/>
          <w:lang w:val="es-AR"/>
        </w:rPr>
      </w:pPr>
    </w:p>
    <w:p w:rsidR="001579E7" w:rsidRPr="00903674" w:rsidRDefault="001579E7" w:rsidP="001579E7">
      <w:pPr>
        <w:spacing w:after="0" w:line="240" w:lineRule="auto"/>
        <w:rPr>
          <w:rFonts w:asciiTheme="majorHAnsi" w:hAnsiTheme="majorHAnsi" w:cstheme="majorHAnsi"/>
          <w:b/>
          <w:bCs/>
          <w:sz w:val="28"/>
          <w:lang w:val="es-AR"/>
        </w:rPr>
      </w:pPr>
      <w:r w:rsidRPr="00903674">
        <w:rPr>
          <w:rFonts w:asciiTheme="majorHAnsi" w:hAnsiTheme="majorHAnsi" w:cstheme="majorHAnsi"/>
          <w:b/>
          <w:bCs/>
          <w:sz w:val="28"/>
          <w:lang w:val="es-AR"/>
        </w:rPr>
        <w:t>1. IDENTIFICACIÓN DEL PROYECTO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1579E7" w:rsidRPr="00903674" w:rsidTr="001579E7">
        <w:tc>
          <w:tcPr>
            <w:tcW w:w="8780" w:type="dxa"/>
          </w:tcPr>
          <w:p w:rsidR="001579E7" w:rsidRPr="00903674" w:rsidRDefault="008A444D" w:rsidP="00A20F1E">
            <w:pPr>
              <w:rPr>
                <w:rFonts w:asciiTheme="majorHAnsi" w:hAnsiTheme="majorHAnsi" w:cstheme="majorHAnsi"/>
                <w:lang w:val="es-AR"/>
              </w:rPr>
            </w:pPr>
            <w:r w:rsidRPr="00903674">
              <w:rPr>
                <w:rFonts w:asciiTheme="majorHAnsi" w:hAnsiTheme="majorHAnsi" w:cstheme="majorHAnsi"/>
                <w:lang w:val="es-AR"/>
              </w:rPr>
              <w:t>Título del Proyecto</w:t>
            </w:r>
          </w:p>
        </w:tc>
      </w:tr>
      <w:tr w:rsidR="001579E7" w:rsidRPr="00903674" w:rsidTr="001579E7">
        <w:tc>
          <w:tcPr>
            <w:tcW w:w="8780" w:type="dxa"/>
          </w:tcPr>
          <w:p w:rsidR="001579E7" w:rsidRPr="00903674" w:rsidRDefault="001579E7" w:rsidP="00A20F1E">
            <w:pPr>
              <w:rPr>
                <w:rFonts w:asciiTheme="majorHAnsi" w:hAnsiTheme="majorHAnsi" w:cstheme="majorHAnsi"/>
                <w:lang w:val="es-AR"/>
              </w:rPr>
            </w:pPr>
          </w:p>
        </w:tc>
      </w:tr>
    </w:tbl>
    <w:p w:rsidR="001579E7" w:rsidRPr="00903674" w:rsidRDefault="001579E7" w:rsidP="00A20F1E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1579E7" w:rsidRPr="00903674" w:rsidRDefault="001579E7" w:rsidP="00A20F1E">
      <w:pPr>
        <w:spacing w:after="0" w:line="240" w:lineRule="auto"/>
        <w:rPr>
          <w:rFonts w:asciiTheme="majorHAnsi" w:hAnsiTheme="majorHAnsi" w:cstheme="majorHAnsi"/>
          <w:b/>
          <w:sz w:val="24"/>
          <w:lang w:val="es-AR"/>
        </w:rPr>
      </w:pPr>
      <w:r w:rsidRPr="00903674">
        <w:rPr>
          <w:rFonts w:asciiTheme="majorHAnsi" w:hAnsiTheme="majorHAnsi" w:cstheme="majorHAnsi"/>
          <w:b/>
          <w:sz w:val="24"/>
          <w:lang w:val="es-AR"/>
        </w:rPr>
        <w:t>1.2. Dirección del Proyecto</w:t>
      </w:r>
    </w:p>
    <w:p w:rsidR="001579E7" w:rsidRPr="00903674" w:rsidRDefault="00706927" w:rsidP="00A20F1E">
      <w:pPr>
        <w:spacing w:after="0" w:line="240" w:lineRule="auto"/>
        <w:rPr>
          <w:rFonts w:asciiTheme="majorHAnsi" w:hAnsiTheme="majorHAnsi" w:cstheme="majorHAnsi"/>
          <w:b/>
          <w:sz w:val="24"/>
          <w:lang w:val="es-AR"/>
        </w:rPr>
      </w:pPr>
      <w:r>
        <w:rPr>
          <w:rFonts w:asciiTheme="majorHAnsi" w:hAnsiTheme="majorHAnsi" w:cstheme="majorHAnsi"/>
          <w:b/>
          <w:sz w:val="24"/>
          <w:lang w:val="es-AR"/>
        </w:rPr>
        <w:t>1.2.1.</w:t>
      </w:r>
      <w:r w:rsidR="00B03899" w:rsidRPr="00903674">
        <w:rPr>
          <w:rFonts w:asciiTheme="majorHAnsi" w:hAnsiTheme="majorHAnsi" w:cstheme="majorHAnsi"/>
          <w:b/>
          <w:sz w:val="24"/>
          <w:lang w:val="es-AR"/>
        </w:rPr>
        <w:t xml:space="preserve"> </w:t>
      </w:r>
      <w:r w:rsidR="001579E7" w:rsidRPr="00903674">
        <w:rPr>
          <w:rFonts w:asciiTheme="majorHAnsi" w:hAnsiTheme="majorHAnsi" w:cstheme="majorHAnsi"/>
          <w:b/>
          <w:sz w:val="24"/>
          <w:lang w:val="es-AR"/>
        </w:rPr>
        <w:t>Director/a del Proyecto</w:t>
      </w: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5F0480" w:rsidRPr="00903674" w:rsidTr="008A444D">
        <w:tc>
          <w:tcPr>
            <w:tcW w:w="3369" w:type="dxa"/>
          </w:tcPr>
          <w:p w:rsidR="008F3FA2" w:rsidRPr="00903674" w:rsidRDefault="001579E7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F0480" w:rsidRPr="00903674" w:rsidTr="008A444D">
        <w:tc>
          <w:tcPr>
            <w:tcW w:w="3369" w:type="dxa"/>
          </w:tcPr>
          <w:p w:rsidR="008F3FA2" w:rsidRPr="00903674" w:rsidRDefault="001579E7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F0480" w:rsidRPr="00903674" w:rsidTr="008A444D">
        <w:tc>
          <w:tcPr>
            <w:tcW w:w="3369" w:type="dxa"/>
          </w:tcPr>
          <w:p w:rsidR="008F3FA2" w:rsidRPr="00903674" w:rsidRDefault="00604E82" w:rsidP="00604E8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BC0288" w:rsidRPr="00903674" w:rsidRDefault="00BC0288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F0480" w:rsidRPr="00903674" w:rsidTr="008A444D">
        <w:tc>
          <w:tcPr>
            <w:tcW w:w="3369" w:type="dxa"/>
          </w:tcPr>
          <w:p w:rsidR="008F3FA2" w:rsidRPr="00903674" w:rsidRDefault="00604E82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Unidad académica de pertenencia</w:t>
            </w:r>
          </w:p>
        </w:tc>
        <w:tc>
          <w:tcPr>
            <w:tcW w:w="5411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F0480" w:rsidRPr="00903674" w:rsidTr="008A444D">
        <w:tc>
          <w:tcPr>
            <w:tcW w:w="3369" w:type="dxa"/>
          </w:tcPr>
          <w:p w:rsidR="008F3FA2" w:rsidRPr="00903674" w:rsidRDefault="00604E82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Título máximo obtenido e institución otorgante</w:t>
            </w:r>
          </w:p>
        </w:tc>
        <w:tc>
          <w:tcPr>
            <w:tcW w:w="5411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F0480" w:rsidRPr="00903674" w:rsidTr="008A444D">
        <w:tc>
          <w:tcPr>
            <w:tcW w:w="3369" w:type="dxa"/>
          </w:tcPr>
          <w:p w:rsidR="008F3FA2" w:rsidRPr="00903674" w:rsidRDefault="00604E82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Cargo docente</w:t>
            </w:r>
          </w:p>
        </w:tc>
        <w:tc>
          <w:tcPr>
            <w:tcW w:w="5411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F0480" w:rsidRPr="00903674" w:rsidTr="008A444D">
        <w:tc>
          <w:tcPr>
            <w:tcW w:w="3369" w:type="dxa"/>
          </w:tcPr>
          <w:p w:rsidR="008F3FA2" w:rsidRPr="00903674" w:rsidRDefault="00604E82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Dedicación docente</w:t>
            </w:r>
          </w:p>
        </w:tc>
        <w:tc>
          <w:tcPr>
            <w:tcW w:w="5411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F0480" w:rsidRPr="00903674" w:rsidTr="008A444D">
        <w:tc>
          <w:tcPr>
            <w:tcW w:w="3369" w:type="dxa"/>
          </w:tcPr>
          <w:p w:rsidR="008F3FA2" w:rsidRPr="00903674" w:rsidRDefault="00604E82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Categoría de investigación</w:t>
            </w:r>
          </w:p>
        </w:tc>
        <w:tc>
          <w:tcPr>
            <w:tcW w:w="5411" w:type="dxa"/>
          </w:tcPr>
          <w:p w:rsidR="008F3FA2" w:rsidRPr="00903674" w:rsidRDefault="008F3FA2" w:rsidP="008F3FA2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8F3FA2" w:rsidRPr="00903674" w:rsidRDefault="008F3FA2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604E82" w:rsidRPr="00903674" w:rsidRDefault="00706927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1.2.2.</w:t>
      </w:r>
      <w:r w:rsidR="00B03899" w:rsidRPr="00903674">
        <w:rPr>
          <w:rFonts w:asciiTheme="majorHAnsi" w:hAnsiTheme="majorHAnsi" w:cstheme="majorHAnsi"/>
          <w:b/>
        </w:rPr>
        <w:t xml:space="preserve"> </w:t>
      </w:r>
      <w:r w:rsidR="00604E82" w:rsidRPr="00903674">
        <w:rPr>
          <w:rFonts w:asciiTheme="majorHAnsi" w:hAnsiTheme="majorHAnsi" w:cstheme="majorHAnsi"/>
          <w:b/>
        </w:rPr>
        <w:t>Codirector/a del Proyecto (si correspondiera)</w:t>
      </w: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604E82" w:rsidRPr="00903674" w:rsidTr="008A444D">
        <w:tc>
          <w:tcPr>
            <w:tcW w:w="3369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604E82" w:rsidRPr="00903674" w:rsidTr="008A444D">
        <w:tc>
          <w:tcPr>
            <w:tcW w:w="3369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604E82" w:rsidRPr="00903674" w:rsidTr="008A444D">
        <w:tc>
          <w:tcPr>
            <w:tcW w:w="3369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604E82" w:rsidRPr="00903674" w:rsidTr="008A444D">
        <w:tc>
          <w:tcPr>
            <w:tcW w:w="3369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Unidad académica de pertenencia</w:t>
            </w:r>
          </w:p>
        </w:tc>
        <w:tc>
          <w:tcPr>
            <w:tcW w:w="5411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604E82" w:rsidRPr="00903674" w:rsidTr="008A444D">
        <w:tc>
          <w:tcPr>
            <w:tcW w:w="3369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Título máximo obtenido e institución otorgante</w:t>
            </w:r>
          </w:p>
        </w:tc>
        <w:tc>
          <w:tcPr>
            <w:tcW w:w="5411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604E82" w:rsidRPr="00903674" w:rsidTr="008A444D">
        <w:tc>
          <w:tcPr>
            <w:tcW w:w="3369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Cargo docente</w:t>
            </w:r>
          </w:p>
        </w:tc>
        <w:tc>
          <w:tcPr>
            <w:tcW w:w="5411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604E82" w:rsidRPr="00903674" w:rsidTr="008A444D">
        <w:tc>
          <w:tcPr>
            <w:tcW w:w="3369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Dedicación docente</w:t>
            </w:r>
          </w:p>
        </w:tc>
        <w:tc>
          <w:tcPr>
            <w:tcW w:w="5411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604E82" w:rsidRPr="00903674" w:rsidTr="008A444D">
        <w:tc>
          <w:tcPr>
            <w:tcW w:w="3369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Categoría de investigación</w:t>
            </w:r>
          </w:p>
        </w:tc>
        <w:tc>
          <w:tcPr>
            <w:tcW w:w="5411" w:type="dxa"/>
          </w:tcPr>
          <w:p w:rsidR="00604E82" w:rsidRPr="00903674" w:rsidRDefault="00604E82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604E82" w:rsidRPr="00903674" w:rsidRDefault="00604E82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604E82" w:rsidRPr="00903674" w:rsidRDefault="00604E82" w:rsidP="00604E82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1.3. Integrantes del Proyecto</w:t>
      </w:r>
    </w:p>
    <w:p w:rsidR="00604E82" w:rsidRPr="00903674" w:rsidRDefault="00604E82" w:rsidP="00604E82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1.3.1. Integrantes UNLu</w:t>
      </w: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lastRenderedPageBreak/>
              <w:t>Apellido y nombres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Unidad académica de pertenencia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Título máximo obtenido e institución otorgante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Cargo docente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Dedicación docente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Categoría de investigación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8A444D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En caso de poseer beca: tipo de beca e institución otorgante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8A444D" w:rsidRPr="00903674" w:rsidRDefault="008A444D" w:rsidP="00604E82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Unidad académica de pertenencia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Título máximo obtenido e institución otorgante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Cargo docente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Dedicación docente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Categoría de investigación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En caso de poseer beca: tipo de beca e institución otorgante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8A444D" w:rsidRPr="00903674" w:rsidRDefault="008A444D" w:rsidP="00604E82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Unidad académica de pertenencia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Título máximo obtenido e institución otorgante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Cargo docente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Dedicación docente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Categoría de investigación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En caso de poseer beca: tipo de beca e institución otorgante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8A444D" w:rsidRPr="00903674" w:rsidRDefault="008A444D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bookmarkStart w:id="0" w:name="_GoBack"/>
      <w:bookmarkEnd w:id="0"/>
    </w:p>
    <w:p w:rsidR="00604E82" w:rsidRPr="00903674" w:rsidRDefault="008A444D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 xml:space="preserve">(Agregar </w:t>
      </w:r>
      <w:r w:rsidR="008331EA">
        <w:rPr>
          <w:rFonts w:asciiTheme="majorHAnsi" w:hAnsiTheme="majorHAnsi" w:cstheme="majorHAnsi"/>
        </w:rPr>
        <w:t xml:space="preserve">o quitar tablas </w:t>
      </w:r>
      <w:r w:rsidRPr="00903674">
        <w:rPr>
          <w:rFonts w:asciiTheme="majorHAnsi" w:hAnsiTheme="majorHAnsi" w:cstheme="majorHAnsi"/>
        </w:rPr>
        <w:t>según corresponda)</w:t>
      </w:r>
    </w:p>
    <w:p w:rsidR="00604E82" w:rsidRPr="00903674" w:rsidRDefault="00604E82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604E82" w:rsidRPr="00903674" w:rsidRDefault="008A444D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  <w:b/>
          <w:bCs/>
        </w:rPr>
        <w:t>1.3.2. Integrantes Externos/as</w:t>
      </w: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lastRenderedPageBreak/>
              <w:t>Apellido y nombres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Institución de pertenencia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Título máximo obtenido e institución otorgante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Cargo docente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Dedicación docente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8A444D" w:rsidRPr="00903674" w:rsidTr="00EF44B4">
        <w:tc>
          <w:tcPr>
            <w:tcW w:w="3369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Categoría de investigación</w:t>
            </w:r>
          </w:p>
        </w:tc>
        <w:tc>
          <w:tcPr>
            <w:tcW w:w="5411" w:type="dxa"/>
          </w:tcPr>
          <w:p w:rsidR="008A444D" w:rsidRPr="00903674" w:rsidRDefault="008A444D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8A444D" w:rsidRPr="00903674" w:rsidRDefault="008A444D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Institución de pertenencia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Título máximo obtenido e institución otorgante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Cargo docente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Dedicación docente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Categoría de investigación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8A444D" w:rsidRPr="00903674" w:rsidRDefault="008A444D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8331EA" w:rsidRPr="00903674" w:rsidRDefault="008331EA" w:rsidP="008331EA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 xml:space="preserve">(Agregar </w:t>
      </w:r>
      <w:r>
        <w:rPr>
          <w:rFonts w:asciiTheme="majorHAnsi" w:hAnsiTheme="majorHAnsi" w:cstheme="majorHAnsi"/>
        </w:rPr>
        <w:t xml:space="preserve">o quitar tablas </w:t>
      </w:r>
      <w:r w:rsidRPr="00903674">
        <w:rPr>
          <w:rFonts w:asciiTheme="majorHAnsi" w:hAnsiTheme="majorHAnsi" w:cstheme="majorHAnsi"/>
        </w:rPr>
        <w:t>según corresponda)</w:t>
      </w:r>
    </w:p>
    <w:p w:rsidR="008A444D" w:rsidRPr="00903674" w:rsidRDefault="008A444D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DD6458" w:rsidRPr="00903674" w:rsidRDefault="00DD6458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  <w:b/>
          <w:bCs/>
        </w:rPr>
        <w:t>1.3.3. Alumnos/as y Graduados/as</w:t>
      </w: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Condición (alumno/a – graduado/a)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Carrera e institución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En caso de graduados/as: título obtenido e institución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En caso de poseer beca: tipo de beca e institución otorgante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DD6458" w:rsidRPr="00903674" w:rsidRDefault="00DD6458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Condición (alumno/a – graduado/a)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Carrera e institución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En caso de graduados/as: título obtenido e institución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lastRenderedPageBreak/>
              <w:t>En caso de poseer beca: tipo de beca e institución otorgante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DD6458" w:rsidRPr="00903674" w:rsidRDefault="00DD6458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Condición (alumno/a – graduado/a)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Carrera e institución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En caso de graduados/as: título obtenido e institución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DD6458" w:rsidRPr="00903674" w:rsidTr="00EF44B4">
        <w:tc>
          <w:tcPr>
            <w:tcW w:w="3369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En caso de poseer beca: tipo de beca e institución otorgante</w:t>
            </w:r>
          </w:p>
        </w:tc>
        <w:tc>
          <w:tcPr>
            <w:tcW w:w="5411" w:type="dxa"/>
          </w:tcPr>
          <w:p w:rsidR="00DD6458" w:rsidRPr="00903674" w:rsidRDefault="00DD645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DD6458" w:rsidRPr="00903674" w:rsidRDefault="00DD6458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8331EA" w:rsidRPr="00903674" w:rsidRDefault="008331EA" w:rsidP="008331EA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 xml:space="preserve">(Agregar </w:t>
      </w:r>
      <w:r>
        <w:rPr>
          <w:rFonts w:asciiTheme="majorHAnsi" w:hAnsiTheme="majorHAnsi" w:cstheme="majorHAnsi"/>
        </w:rPr>
        <w:t xml:space="preserve">o quitar tablas </w:t>
      </w:r>
      <w:r w:rsidRPr="00903674">
        <w:rPr>
          <w:rFonts w:asciiTheme="majorHAnsi" w:hAnsiTheme="majorHAnsi" w:cstheme="majorHAnsi"/>
        </w:rPr>
        <w:t>según corresponda)</w:t>
      </w:r>
    </w:p>
    <w:p w:rsidR="00DD6458" w:rsidRPr="00903674" w:rsidRDefault="00DD6458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DD6458" w:rsidRPr="00903674" w:rsidRDefault="00DD6458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 xml:space="preserve">1.4. Correo </w:t>
      </w:r>
      <w:r w:rsidR="007D58B1" w:rsidRPr="00903674">
        <w:rPr>
          <w:rFonts w:asciiTheme="majorHAnsi" w:hAnsiTheme="majorHAnsi" w:cstheme="majorHAnsi"/>
          <w:b/>
          <w:bCs/>
        </w:rPr>
        <w:t>electrónico</w:t>
      </w:r>
      <w:r w:rsidRPr="00903674">
        <w:rPr>
          <w:rFonts w:asciiTheme="majorHAnsi" w:hAnsiTheme="majorHAnsi" w:cstheme="majorHAnsi"/>
          <w:b/>
          <w:bCs/>
        </w:rPr>
        <w:t xml:space="preserve"> del Proyecto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DD6458" w:rsidRPr="00903674" w:rsidTr="00DD6458">
        <w:tc>
          <w:tcPr>
            <w:tcW w:w="8780" w:type="dxa"/>
          </w:tcPr>
          <w:p w:rsidR="00DD6458" w:rsidRPr="00903674" w:rsidRDefault="00DD6458" w:rsidP="008A444D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DD6458" w:rsidRPr="00903674" w:rsidRDefault="00DD6458" w:rsidP="008A444D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EC7AF1" w:rsidRDefault="00EC7AF1" w:rsidP="00EC7AF1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1.5. Programa de Investigación en el que se encuadra (*)</w:t>
      </w:r>
    </w:p>
    <w:p w:rsidR="003A0503" w:rsidRPr="00903674" w:rsidRDefault="003A0503" w:rsidP="00EC7AF1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</w:rPr>
        <w:t>Denominación del Programa de Investigación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EC7AF1" w:rsidRPr="00903674" w:rsidTr="00EF44B4">
        <w:tc>
          <w:tcPr>
            <w:tcW w:w="8780" w:type="dxa"/>
          </w:tcPr>
          <w:p w:rsidR="00EC7AF1" w:rsidRPr="00903674" w:rsidRDefault="00EC7AF1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A0503" w:rsidRDefault="003A0503" w:rsidP="00EC7AF1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3A0503">
        <w:rPr>
          <w:rFonts w:asciiTheme="majorHAnsi" w:hAnsiTheme="majorHAnsi" w:cstheme="majorHAnsi"/>
        </w:rPr>
        <w:t>Director/a del Programa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3A0503" w:rsidTr="003A0503">
        <w:tc>
          <w:tcPr>
            <w:tcW w:w="8780" w:type="dxa"/>
          </w:tcPr>
          <w:p w:rsidR="003A0503" w:rsidRDefault="003A0503" w:rsidP="00EC7AF1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A0503" w:rsidRDefault="00EC7AF1" w:rsidP="00EC7AF1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 xml:space="preserve">(*) Completar únicamente en caso de que el proyecto se encuadre en un Programa de </w:t>
      </w:r>
    </w:p>
    <w:p w:rsidR="00EC7AF1" w:rsidRPr="00903674" w:rsidRDefault="00EC7AF1" w:rsidP="00EC7AF1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>Investigación aprobado.</w:t>
      </w:r>
    </w:p>
    <w:p w:rsidR="008A444D" w:rsidRPr="00903674" w:rsidRDefault="008A444D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EC7AF1" w:rsidRPr="00903674" w:rsidRDefault="00EC7AF1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</w:rPr>
      </w:pPr>
      <w:r w:rsidRPr="00903674">
        <w:rPr>
          <w:rFonts w:asciiTheme="majorHAnsi" w:hAnsiTheme="majorHAnsi" w:cstheme="majorHAnsi"/>
          <w:b/>
        </w:rPr>
        <w:t>1.6. Disciplina principal del Proyecto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EC7AF1" w:rsidRPr="00903674" w:rsidTr="00EC7AF1">
        <w:tc>
          <w:tcPr>
            <w:tcW w:w="8780" w:type="dxa"/>
          </w:tcPr>
          <w:p w:rsidR="00EC7AF1" w:rsidRPr="00903674" w:rsidRDefault="00EC7AF1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604E82" w:rsidRPr="00903674" w:rsidRDefault="00604E82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EC7AF1" w:rsidRPr="00903674" w:rsidRDefault="00EC7AF1" w:rsidP="00EC7AF1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1.7. Tipo de Actividad de I+D</w:t>
      </w:r>
    </w:p>
    <w:p w:rsidR="00EC7AF1" w:rsidRPr="00903674" w:rsidRDefault="00EC7AF1" w:rsidP="00EC7AF1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>Indicar con una cruz la opción que corresponda:</w:t>
      </w:r>
    </w:p>
    <w:tbl>
      <w:tblPr>
        <w:tblStyle w:val="Tablaconcuadrcula"/>
        <w:tblW w:w="0" w:type="auto"/>
        <w:tblLook w:val="04A0"/>
      </w:tblPr>
      <w:tblGrid>
        <w:gridCol w:w="3227"/>
        <w:gridCol w:w="850"/>
      </w:tblGrid>
      <w:tr w:rsidR="00EC7AF1" w:rsidRPr="00903674" w:rsidTr="00EC7AF1">
        <w:tc>
          <w:tcPr>
            <w:tcW w:w="3227" w:type="dxa"/>
          </w:tcPr>
          <w:p w:rsidR="00EC7AF1" w:rsidRPr="00903674" w:rsidRDefault="00EC7AF1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Investigación básica</w:t>
            </w:r>
          </w:p>
        </w:tc>
        <w:tc>
          <w:tcPr>
            <w:tcW w:w="850" w:type="dxa"/>
          </w:tcPr>
          <w:p w:rsidR="00EC7AF1" w:rsidRPr="00903674" w:rsidRDefault="00EC7AF1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EC7AF1" w:rsidRPr="00903674" w:rsidTr="00EC7AF1">
        <w:tc>
          <w:tcPr>
            <w:tcW w:w="3227" w:type="dxa"/>
          </w:tcPr>
          <w:p w:rsidR="00EC7AF1" w:rsidRPr="00903674" w:rsidRDefault="00EC7AF1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Investigación aplicada</w:t>
            </w:r>
          </w:p>
        </w:tc>
        <w:tc>
          <w:tcPr>
            <w:tcW w:w="850" w:type="dxa"/>
          </w:tcPr>
          <w:p w:rsidR="00EC7AF1" w:rsidRPr="00903674" w:rsidRDefault="00EC7AF1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EC7AF1" w:rsidRPr="00903674" w:rsidTr="00EC7AF1">
        <w:tc>
          <w:tcPr>
            <w:tcW w:w="3227" w:type="dxa"/>
          </w:tcPr>
          <w:p w:rsidR="00EC7AF1" w:rsidRPr="00903674" w:rsidRDefault="00EC7AF1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Investigación experimental</w:t>
            </w:r>
          </w:p>
        </w:tc>
        <w:tc>
          <w:tcPr>
            <w:tcW w:w="850" w:type="dxa"/>
          </w:tcPr>
          <w:p w:rsidR="00EC7AF1" w:rsidRPr="00903674" w:rsidRDefault="00EC7AF1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DD6458" w:rsidRPr="00903674" w:rsidRDefault="00DD6458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EC7AF1" w:rsidRPr="00903674" w:rsidRDefault="00EC7AF1" w:rsidP="00EC7AF1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1.8. Unidad Ejecutora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EC7AF1" w:rsidRPr="00903674" w:rsidTr="00EC7AF1">
        <w:tc>
          <w:tcPr>
            <w:tcW w:w="8780" w:type="dxa"/>
          </w:tcPr>
          <w:p w:rsidR="00EC7AF1" w:rsidRPr="00903674" w:rsidRDefault="00EC7AF1" w:rsidP="00EC7AF1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Dependencia: Departamento de Ciencias Sociales – Universidad Nacional de Luján</w:t>
            </w:r>
          </w:p>
          <w:p w:rsidR="00EC7AF1" w:rsidRPr="00903674" w:rsidRDefault="00EC7AF1" w:rsidP="00EC7AF1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Domicilio: Ruta Nacional Nº 5 y Av. Constitución</w:t>
            </w:r>
          </w:p>
          <w:p w:rsidR="00EC7AF1" w:rsidRPr="00903674" w:rsidRDefault="00EC7AF1" w:rsidP="00EC7AF1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Localidad: Luján - Provincia: Buenos Aires - Código Postal: 6700</w:t>
            </w:r>
          </w:p>
          <w:p w:rsidR="00EC7AF1" w:rsidRPr="00903674" w:rsidRDefault="00EC7AF1" w:rsidP="00EC7AF1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Teléfono: 02323-423171 (líneas rotativas)</w:t>
            </w:r>
          </w:p>
        </w:tc>
      </w:tr>
    </w:tbl>
    <w:p w:rsidR="00EC7AF1" w:rsidRPr="00903674" w:rsidRDefault="00EC7AF1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F33A58" w:rsidRPr="00903674" w:rsidRDefault="00F33A58" w:rsidP="00F33A5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lastRenderedPageBreak/>
        <w:t>1.9. Período de realización del Proyecto</w:t>
      </w:r>
    </w:p>
    <w:tbl>
      <w:tblPr>
        <w:tblStyle w:val="Tablaconcuadrcula"/>
        <w:tblW w:w="0" w:type="auto"/>
        <w:tblLook w:val="04A0"/>
      </w:tblPr>
      <w:tblGrid>
        <w:gridCol w:w="8755"/>
      </w:tblGrid>
      <w:tr w:rsidR="00F33A58" w:rsidRPr="00903674" w:rsidTr="00F33A58">
        <w:tc>
          <w:tcPr>
            <w:tcW w:w="8755" w:type="dxa"/>
          </w:tcPr>
          <w:p w:rsidR="00F33A58" w:rsidRPr="00903674" w:rsidRDefault="00F33A58" w:rsidP="00F33A5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</w:rPr>
            </w:pPr>
            <w:r w:rsidRPr="00903674">
              <w:rPr>
                <w:rFonts w:asciiTheme="majorHAnsi" w:hAnsiTheme="majorHAnsi" w:cstheme="majorHAnsi"/>
              </w:rPr>
              <w:t>Fecha de inicio:</w:t>
            </w:r>
          </w:p>
        </w:tc>
      </w:tr>
      <w:tr w:rsidR="00F33A58" w:rsidRPr="00903674" w:rsidTr="00F33A58">
        <w:tc>
          <w:tcPr>
            <w:tcW w:w="8755" w:type="dxa"/>
          </w:tcPr>
          <w:p w:rsidR="00F33A58" w:rsidRPr="00903674" w:rsidRDefault="00F33A58" w:rsidP="00F33A5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</w:rPr>
            </w:pPr>
            <w:r w:rsidRPr="00903674">
              <w:rPr>
                <w:rFonts w:asciiTheme="majorHAnsi" w:hAnsiTheme="majorHAnsi" w:cstheme="majorHAnsi"/>
              </w:rPr>
              <w:t>Fecha de finalización:</w:t>
            </w:r>
          </w:p>
        </w:tc>
      </w:tr>
    </w:tbl>
    <w:p w:rsidR="00F33A58" w:rsidRPr="00903674" w:rsidRDefault="00F33A58" w:rsidP="00F33A5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</w:p>
    <w:p w:rsidR="00B03899" w:rsidRPr="00903674" w:rsidRDefault="00B03899" w:rsidP="00B03899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1.10. Duración total estimada del Proyecto (en meses)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B03899" w:rsidRPr="00903674" w:rsidTr="00B03899">
        <w:tc>
          <w:tcPr>
            <w:tcW w:w="8780" w:type="dxa"/>
          </w:tcPr>
          <w:p w:rsidR="00B03899" w:rsidRPr="00903674" w:rsidRDefault="00B03899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EC7AF1" w:rsidRPr="00903674" w:rsidRDefault="00EC7AF1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B03899" w:rsidRPr="00903674" w:rsidRDefault="00B03899" w:rsidP="00B03899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1.11. Fechas previstas para la presentación de informes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B03899" w:rsidRPr="00903674" w:rsidTr="00B03899">
        <w:tc>
          <w:tcPr>
            <w:tcW w:w="8780" w:type="dxa"/>
          </w:tcPr>
          <w:p w:rsidR="00B03899" w:rsidRPr="00903674" w:rsidRDefault="00B03899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Informe/s de avance:</w:t>
            </w:r>
          </w:p>
        </w:tc>
      </w:tr>
      <w:tr w:rsidR="00B03899" w:rsidRPr="00903674" w:rsidTr="00B03899">
        <w:tc>
          <w:tcPr>
            <w:tcW w:w="8780" w:type="dxa"/>
          </w:tcPr>
          <w:p w:rsidR="00B03899" w:rsidRPr="00903674" w:rsidRDefault="00B03899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Informe final:</w:t>
            </w:r>
          </w:p>
        </w:tc>
      </w:tr>
    </w:tbl>
    <w:p w:rsidR="00DD6458" w:rsidRPr="00903674" w:rsidRDefault="00DD6458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B03899" w:rsidRPr="00903674" w:rsidRDefault="00B03899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</w:rPr>
      </w:pPr>
      <w:r w:rsidRPr="00903674">
        <w:rPr>
          <w:rFonts w:asciiTheme="majorHAnsi" w:hAnsiTheme="majorHAnsi" w:cstheme="majorHAnsi"/>
          <w:b/>
        </w:rPr>
        <w:t>1.12. Palabras clave (hasta cinco)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B03899" w:rsidRPr="00903674" w:rsidTr="00B03899">
        <w:tc>
          <w:tcPr>
            <w:tcW w:w="8780" w:type="dxa"/>
          </w:tcPr>
          <w:p w:rsidR="00B03899" w:rsidRPr="00903674" w:rsidRDefault="00B03899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B03899" w:rsidRPr="00903674" w:rsidRDefault="00B03899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B03899" w:rsidRPr="00903674" w:rsidRDefault="00B03899" w:rsidP="00B03899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1.13. Resumen técnico del Proyecto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B03899" w:rsidRPr="00903674" w:rsidTr="00B03899">
        <w:tc>
          <w:tcPr>
            <w:tcW w:w="8780" w:type="dxa"/>
          </w:tcPr>
          <w:p w:rsidR="00B03899" w:rsidRPr="00903674" w:rsidRDefault="00B03899" w:rsidP="00B0389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(Extensión máxima: 30 líneas)</w:t>
            </w:r>
          </w:p>
          <w:p w:rsidR="001E5F80" w:rsidRPr="00903674" w:rsidRDefault="001E5F80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1E5F80" w:rsidRPr="00903674" w:rsidRDefault="001E5F80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1E5F80" w:rsidRPr="00903674" w:rsidRDefault="001E5F80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B03899" w:rsidRPr="00903674" w:rsidRDefault="00B03899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3714E4" w:rsidRPr="00903674" w:rsidRDefault="003714E4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1.14. Financiamiento solicitado al Departamento de Ciencias Sociales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3714E4" w:rsidRPr="00903674" w:rsidTr="003714E4">
        <w:tc>
          <w:tcPr>
            <w:tcW w:w="8780" w:type="dxa"/>
          </w:tcPr>
          <w:p w:rsidR="003714E4" w:rsidRPr="00903674" w:rsidRDefault="003714E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Monto solicitado: $</w:t>
            </w:r>
          </w:p>
        </w:tc>
      </w:tr>
    </w:tbl>
    <w:p w:rsidR="00B03899" w:rsidRPr="00903674" w:rsidRDefault="00B03899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3714E4" w:rsidRPr="00903674" w:rsidRDefault="003714E4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1.16. Monto total del Proyecto</w:t>
      </w:r>
    </w:p>
    <w:p w:rsidR="00B03899" w:rsidRPr="00903674" w:rsidRDefault="003714E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>(Incluye el monto solicitado al Departamento de Ciencias Sociales y los recursos provenientes de otras instituciones)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3714E4" w:rsidRPr="00903674" w:rsidTr="003714E4">
        <w:tc>
          <w:tcPr>
            <w:tcW w:w="8780" w:type="dxa"/>
          </w:tcPr>
          <w:p w:rsidR="003714E4" w:rsidRPr="00903674" w:rsidRDefault="003714E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Monto total: $</w:t>
            </w:r>
          </w:p>
        </w:tc>
      </w:tr>
    </w:tbl>
    <w:p w:rsidR="00B03899" w:rsidRPr="00903674" w:rsidRDefault="00B03899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C131E8" w:rsidRPr="00903674" w:rsidRDefault="00C131E8" w:rsidP="00C131E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8"/>
        </w:rPr>
      </w:pPr>
      <w:r w:rsidRPr="00903674">
        <w:rPr>
          <w:rFonts w:asciiTheme="majorHAnsi" w:hAnsiTheme="majorHAnsi" w:cstheme="majorHAnsi"/>
          <w:b/>
          <w:bCs/>
          <w:sz w:val="28"/>
        </w:rPr>
        <w:t>2. DESCRIPCIÓN DEL PROYECTO</w:t>
      </w:r>
    </w:p>
    <w:p w:rsidR="00C131E8" w:rsidRPr="00903674" w:rsidRDefault="00C131E8" w:rsidP="00C131E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2.1. Título del Proyecto</w:t>
      </w:r>
    </w:p>
    <w:p w:rsidR="00C131E8" w:rsidRPr="00903674" w:rsidRDefault="00C131E8" w:rsidP="00C131E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</w:rPr>
        <w:t>(Consignar el mismo título indicado en la Sección 1)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C131E8" w:rsidRPr="00903674" w:rsidTr="00C131E8">
        <w:tc>
          <w:tcPr>
            <w:tcW w:w="8780" w:type="dxa"/>
          </w:tcPr>
          <w:p w:rsidR="00C131E8" w:rsidRPr="00903674" w:rsidRDefault="00C131E8" w:rsidP="00C131E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714E4" w:rsidRPr="00903674" w:rsidRDefault="003714E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3714E4" w:rsidRPr="00903674" w:rsidRDefault="00C131E8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2.2. Objetivos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C131E8" w:rsidRPr="00903674" w:rsidTr="00EF44B4">
        <w:tc>
          <w:tcPr>
            <w:tcW w:w="8780" w:type="dxa"/>
          </w:tcPr>
          <w:p w:rsidR="00C131E8" w:rsidRPr="00903674" w:rsidRDefault="00C131E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General:</w:t>
            </w:r>
          </w:p>
          <w:p w:rsidR="00C131E8" w:rsidRPr="00903674" w:rsidRDefault="00C131E8" w:rsidP="00C131E8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C131E8" w:rsidRPr="00903674" w:rsidRDefault="00C131E8" w:rsidP="00EF44B4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</w:p>
        </w:tc>
      </w:tr>
      <w:tr w:rsidR="00C131E8" w:rsidRPr="00903674" w:rsidTr="00EF44B4">
        <w:tc>
          <w:tcPr>
            <w:tcW w:w="8780" w:type="dxa"/>
          </w:tcPr>
          <w:p w:rsidR="00C131E8" w:rsidRPr="00903674" w:rsidRDefault="00C131E8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Específicos:</w:t>
            </w:r>
          </w:p>
          <w:p w:rsidR="00C131E8" w:rsidRPr="00903674" w:rsidRDefault="00C131E8" w:rsidP="00C131E8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C131E8" w:rsidRPr="00903674" w:rsidRDefault="00C131E8" w:rsidP="00C131E8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714E4" w:rsidRPr="00903674" w:rsidRDefault="003714E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C131E8" w:rsidRPr="00903674" w:rsidRDefault="00C131E8" w:rsidP="00C131E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2.3. Estado del conocimiento sobre el tema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C131E8" w:rsidRPr="00903674" w:rsidTr="00C131E8">
        <w:tc>
          <w:tcPr>
            <w:tcW w:w="8780" w:type="dxa"/>
          </w:tcPr>
          <w:p w:rsidR="00C131E8" w:rsidRPr="00903674" w:rsidRDefault="00C131E8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lastRenderedPageBreak/>
              <w:t>Describir los principales antecedentes teóricos y empíricos relevantes, indicando el aporte esperado del proyecto en relación con el estado actual del conocimiento.</w:t>
            </w:r>
          </w:p>
          <w:p w:rsidR="00C131E8" w:rsidRPr="00903674" w:rsidRDefault="00C131E8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C131E8" w:rsidRPr="00903674" w:rsidRDefault="00C131E8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C131E8" w:rsidRPr="00903674" w:rsidRDefault="00C131E8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714E4" w:rsidRPr="00903674" w:rsidRDefault="003714E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C131E8" w:rsidRPr="00903674" w:rsidRDefault="00C131E8" w:rsidP="00C131E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2.4. Metodología de trabajo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C131E8" w:rsidRPr="00903674" w:rsidTr="00C131E8">
        <w:tc>
          <w:tcPr>
            <w:tcW w:w="8780" w:type="dxa"/>
          </w:tcPr>
          <w:p w:rsidR="00C131E8" w:rsidRPr="00903674" w:rsidRDefault="00C131E8" w:rsidP="00C131E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Describir el enfoque metodológico, las técnicas e instrumentos a utilizar, el universo o corpus de análisis (si correspondiera) y la estrategia de trabajo prevista.</w:t>
            </w:r>
          </w:p>
          <w:p w:rsidR="00C131E8" w:rsidRPr="00903674" w:rsidRDefault="00C131E8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C131E8" w:rsidRPr="00903674" w:rsidRDefault="00C131E8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C131E8" w:rsidRPr="00903674" w:rsidRDefault="00C131E8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C131E8" w:rsidRPr="00903674" w:rsidRDefault="00C131E8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714E4" w:rsidRPr="00903674" w:rsidRDefault="003714E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EF44B4" w:rsidRPr="00903674" w:rsidRDefault="00EF44B4" w:rsidP="00EF44B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2.5. Resultados esperados</w:t>
      </w:r>
    </w:p>
    <w:p w:rsidR="00EF44B4" w:rsidRPr="00903674" w:rsidRDefault="00EF44B4" w:rsidP="00EF44B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>Indicar de manera clara los resultados esperados al finalizar el proyecto, diferenciando, cuando corresponda: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EF44B4" w:rsidRPr="00903674" w:rsidTr="00EF44B4">
        <w:tc>
          <w:tcPr>
            <w:tcW w:w="8780" w:type="dxa"/>
          </w:tcPr>
          <w:p w:rsidR="00EF44B4" w:rsidRPr="00903674" w:rsidRDefault="00EF44B4" w:rsidP="00EF44B4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Producción académica (publicaciones, ponencias, informes, etc.).</w:t>
            </w:r>
          </w:p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8780" w:type="dxa"/>
          </w:tcPr>
          <w:p w:rsidR="00EF44B4" w:rsidRPr="00903674" w:rsidRDefault="00EF44B4" w:rsidP="00EF44B4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Formación de recursos humanos (</w:t>
            </w:r>
            <w:proofErr w:type="spellStart"/>
            <w:r w:rsidRPr="00903674">
              <w:rPr>
                <w:rFonts w:asciiTheme="majorHAnsi" w:hAnsiTheme="majorHAnsi" w:cstheme="majorHAnsi"/>
              </w:rPr>
              <w:t>tesistas</w:t>
            </w:r>
            <w:proofErr w:type="spellEnd"/>
            <w:r w:rsidRPr="00903674">
              <w:rPr>
                <w:rFonts w:asciiTheme="majorHAnsi" w:hAnsiTheme="majorHAnsi" w:cstheme="majorHAnsi"/>
              </w:rPr>
              <w:t>, becarios/as, estudiantes).</w:t>
            </w:r>
          </w:p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8780" w:type="dxa"/>
          </w:tcPr>
          <w:p w:rsidR="00EF44B4" w:rsidRPr="00903674" w:rsidRDefault="00EF44B4" w:rsidP="00EF44B4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Otros aportes académicos, sociales o institucionales.</w:t>
            </w:r>
          </w:p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714E4" w:rsidRPr="00903674" w:rsidRDefault="003714E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EF44B4" w:rsidRPr="00903674" w:rsidRDefault="00EF44B4" w:rsidP="00EF44B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2.6. Bibliografía preliminar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EF44B4" w:rsidRPr="00903674" w:rsidTr="00EF44B4">
        <w:tc>
          <w:tcPr>
            <w:tcW w:w="8780" w:type="dxa"/>
          </w:tcPr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Consignar la bibliografía básica que sustenta el proyecto.</w:t>
            </w:r>
          </w:p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EF44B4" w:rsidRPr="00903674" w:rsidRDefault="00EF44B4" w:rsidP="00BC0288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714E4" w:rsidRPr="00903674" w:rsidRDefault="003714E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C131E8" w:rsidRPr="00903674" w:rsidRDefault="00EF44B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8"/>
        </w:rPr>
      </w:pPr>
      <w:r w:rsidRPr="00903674">
        <w:rPr>
          <w:rFonts w:asciiTheme="majorHAnsi" w:hAnsiTheme="majorHAnsi" w:cstheme="majorHAnsi"/>
          <w:b/>
          <w:bCs/>
          <w:sz w:val="28"/>
        </w:rPr>
        <w:t>3. APORTES A LA ACTIVIDAD ACADÉMICA Y A LA FORMACIÓN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EF44B4" w:rsidRPr="00903674" w:rsidTr="00EF44B4">
        <w:tc>
          <w:tcPr>
            <w:tcW w:w="8780" w:type="dxa"/>
          </w:tcPr>
          <w:p w:rsidR="00EF44B4" w:rsidRPr="00903674" w:rsidRDefault="00EF44B4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Describir los aportes concretos del proyecto a:</w:t>
            </w:r>
          </w:p>
          <w:p w:rsidR="00EF44B4" w:rsidRPr="00903674" w:rsidRDefault="00EF44B4" w:rsidP="00EF44B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La actividad docente.</w:t>
            </w:r>
          </w:p>
          <w:p w:rsidR="00EF44B4" w:rsidRPr="00903674" w:rsidRDefault="00EF44B4" w:rsidP="00EF44B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 xml:space="preserve">La formación de estudiantes, graduados/as, </w:t>
            </w:r>
            <w:proofErr w:type="spellStart"/>
            <w:r w:rsidRPr="00903674">
              <w:rPr>
                <w:rFonts w:asciiTheme="majorHAnsi" w:hAnsiTheme="majorHAnsi" w:cstheme="majorHAnsi"/>
              </w:rPr>
              <w:t>tesistas</w:t>
            </w:r>
            <w:proofErr w:type="spellEnd"/>
            <w:r w:rsidRPr="00903674">
              <w:rPr>
                <w:rFonts w:asciiTheme="majorHAnsi" w:hAnsiTheme="majorHAnsi" w:cstheme="majorHAnsi"/>
              </w:rPr>
              <w:t xml:space="preserve"> y becarios/as.</w:t>
            </w:r>
          </w:p>
          <w:p w:rsidR="00EF44B4" w:rsidRPr="00903674" w:rsidRDefault="00EF44B4" w:rsidP="00BC0288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Otras instancias académicas del Departamento o de la Universidad.</w:t>
            </w:r>
          </w:p>
        </w:tc>
      </w:tr>
    </w:tbl>
    <w:p w:rsidR="00C131E8" w:rsidRPr="00903674" w:rsidRDefault="00C131E8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C131E8" w:rsidRPr="00903674" w:rsidRDefault="00EF44B4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8"/>
        </w:rPr>
      </w:pPr>
      <w:r w:rsidRPr="00903674">
        <w:rPr>
          <w:rFonts w:asciiTheme="majorHAnsi" w:hAnsiTheme="majorHAnsi" w:cstheme="majorHAnsi"/>
          <w:b/>
          <w:bCs/>
          <w:sz w:val="28"/>
        </w:rPr>
        <w:t>4. PLAN DE TRABAJO Y CRONOGRAMA</w:t>
      </w:r>
    </w:p>
    <w:p w:rsidR="00EF44B4" w:rsidRPr="00903674" w:rsidRDefault="00EF44B4" w:rsidP="00EF44B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4.1. Descripción de actividades</w:t>
      </w:r>
    </w:p>
    <w:tbl>
      <w:tblPr>
        <w:tblStyle w:val="Tablaconcuadrcula"/>
        <w:tblW w:w="0" w:type="auto"/>
        <w:tblLook w:val="04A0"/>
      </w:tblPr>
      <w:tblGrid>
        <w:gridCol w:w="8780"/>
      </w:tblGrid>
      <w:tr w:rsidR="00EF44B4" w:rsidRPr="00903674" w:rsidTr="00EF44B4">
        <w:tc>
          <w:tcPr>
            <w:tcW w:w="8780" w:type="dxa"/>
          </w:tcPr>
          <w:p w:rsidR="00EF44B4" w:rsidRPr="00903674" w:rsidRDefault="00EF44B4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Listar y describir ordenadamente la totalidad de las actividades previstas, indicando su vinculación con los objetivos del proyecto.</w:t>
            </w:r>
          </w:p>
          <w:p w:rsidR="00EF44B4" w:rsidRPr="00903674" w:rsidRDefault="00EF44B4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  <w:p w:rsidR="00EF44B4" w:rsidRPr="00903674" w:rsidRDefault="00EF44B4" w:rsidP="00EF44B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3714E4" w:rsidRPr="00903674" w:rsidRDefault="003714E4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EF44B4" w:rsidRPr="00903674" w:rsidRDefault="00EF44B4" w:rsidP="00EF44B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903674">
        <w:rPr>
          <w:rFonts w:asciiTheme="majorHAnsi" w:hAnsiTheme="majorHAnsi" w:cstheme="majorHAnsi"/>
          <w:b/>
          <w:bCs/>
        </w:rPr>
        <w:t>4.2. Cronograma de ejecución</w:t>
      </w:r>
    </w:p>
    <w:p w:rsidR="00EF44B4" w:rsidRPr="00903674" w:rsidRDefault="00EF44B4" w:rsidP="00EF44B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>Indicar la distribución temporal de las actividades por año y semestre, de acuerdo con la duración total del proyecto.</w:t>
      </w:r>
    </w:p>
    <w:p w:rsidR="00EF44B4" w:rsidRPr="00903674" w:rsidRDefault="00EF44B4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tbl>
      <w:tblPr>
        <w:tblW w:w="9036" w:type="dxa"/>
        <w:tblInd w:w="-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92"/>
        <w:gridCol w:w="2992"/>
        <w:gridCol w:w="3052"/>
      </w:tblGrid>
      <w:tr w:rsidR="00CE45C1" w:rsidRPr="00903674" w:rsidTr="00CE45C1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45C1" w:rsidRPr="00903674" w:rsidRDefault="00CE45C1" w:rsidP="00EF44B4">
            <w:pPr>
              <w:pStyle w:val="NormalWeb"/>
              <w:rPr>
                <w:rFonts w:asciiTheme="majorHAnsi" w:hAnsiTheme="majorHAnsi" w:cstheme="majorHAnsi"/>
                <w:b/>
                <w:bCs/>
              </w:rPr>
            </w:pPr>
            <w:r w:rsidRPr="00903674">
              <w:rPr>
                <w:rFonts w:asciiTheme="majorHAnsi" w:hAnsiTheme="majorHAnsi" w:cstheme="majorHAnsi"/>
                <w:b/>
                <w:bCs/>
              </w:rPr>
              <w:t>1º AÑO</w:t>
            </w:r>
          </w:p>
        </w:tc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E45C1" w:rsidRPr="00903674" w:rsidRDefault="00CE45C1" w:rsidP="00CE45C1">
            <w:pPr>
              <w:pStyle w:val="NormalWeb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03674">
              <w:rPr>
                <w:rFonts w:asciiTheme="majorHAnsi" w:hAnsiTheme="majorHAnsi" w:cstheme="majorHAnsi"/>
                <w:b/>
                <w:bCs/>
              </w:rPr>
              <w:t>1º SEMESTRE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E45C1" w:rsidRPr="00903674" w:rsidRDefault="00CE45C1" w:rsidP="00CE45C1">
            <w:pPr>
              <w:pStyle w:val="NormalWeb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03674">
              <w:rPr>
                <w:rFonts w:asciiTheme="majorHAnsi" w:hAnsiTheme="majorHAnsi" w:cstheme="majorHAnsi"/>
                <w:b/>
                <w:bCs/>
              </w:rPr>
              <w:t>2º SEMESTRE</w:t>
            </w:r>
          </w:p>
        </w:tc>
      </w:tr>
      <w:tr w:rsidR="00CE45C1" w:rsidRPr="00903674" w:rsidTr="00EA4C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45C1" w:rsidRPr="003A0503" w:rsidRDefault="00CE45C1" w:rsidP="00EF44B4">
            <w:pPr>
              <w:pStyle w:val="NormalWeb"/>
              <w:rPr>
                <w:rFonts w:asciiTheme="majorHAnsi" w:hAnsiTheme="majorHAnsi" w:cstheme="majorHAnsi"/>
                <w:b/>
              </w:rPr>
            </w:pPr>
            <w:r w:rsidRPr="003A0503">
              <w:rPr>
                <w:rFonts w:asciiTheme="majorHAnsi" w:hAnsiTheme="majorHAnsi" w:cstheme="majorHAnsi"/>
                <w:b/>
              </w:rPr>
              <w:t>Descripción de tareas</w:t>
            </w:r>
          </w:p>
        </w:tc>
        <w:tc>
          <w:tcPr>
            <w:tcW w:w="2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45C1" w:rsidRPr="00903674" w:rsidRDefault="00CE45C1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45C1" w:rsidRPr="00903674" w:rsidRDefault="00CE45C1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B.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</w:tbl>
    <w:p w:rsidR="00EF44B4" w:rsidRPr="00903674" w:rsidRDefault="00EF44B4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tbl>
      <w:tblPr>
        <w:tblW w:w="9036" w:type="dxa"/>
        <w:tblInd w:w="-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92"/>
        <w:gridCol w:w="2992"/>
        <w:gridCol w:w="3052"/>
      </w:tblGrid>
      <w:tr w:rsidR="00CE45C1" w:rsidRPr="00903674" w:rsidTr="00CE45C1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45C1" w:rsidRPr="00903674" w:rsidRDefault="00CE45C1" w:rsidP="00EF44B4">
            <w:pPr>
              <w:pStyle w:val="NormalWeb"/>
              <w:rPr>
                <w:rFonts w:asciiTheme="majorHAnsi" w:hAnsiTheme="majorHAnsi" w:cstheme="majorHAnsi"/>
                <w:b/>
                <w:bCs/>
              </w:rPr>
            </w:pPr>
            <w:r w:rsidRPr="00903674">
              <w:rPr>
                <w:rFonts w:asciiTheme="majorHAnsi" w:hAnsiTheme="majorHAnsi" w:cstheme="majorHAnsi"/>
                <w:b/>
                <w:bCs/>
              </w:rPr>
              <w:t>2º AÑO</w:t>
            </w:r>
          </w:p>
        </w:tc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E45C1" w:rsidRPr="00903674" w:rsidRDefault="00CE45C1" w:rsidP="00CE45C1">
            <w:pPr>
              <w:pStyle w:val="NormalWeb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03674">
              <w:rPr>
                <w:rFonts w:asciiTheme="majorHAnsi" w:hAnsiTheme="majorHAnsi" w:cstheme="majorHAnsi"/>
                <w:b/>
                <w:bCs/>
              </w:rPr>
              <w:t>1º SEMESTRE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E45C1" w:rsidRPr="00903674" w:rsidRDefault="00CE45C1" w:rsidP="00CE45C1">
            <w:pPr>
              <w:pStyle w:val="NormalWeb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03674">
              <w:rPr>
                <w:rFonts w:asciiTheme="majorHAnsi" w:hAnsiTheme="majorHAnsi" w:cstheme="majorHAnsi"/>
                <w:b/>
                <w:bCs/>
              </w:rPr>
              <w:t>2º SEMESTRE</w:t>
            </w:r>
          </w:p>
        </w:tc>
      </w:tr>
      <w:tr w:rsidR="00CE45C1" w:rsidRPr="00903674" w:rsidTr="0046778B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45C1" w:rsidRPr="003A0503" w:rsidRDefault="00CE45C1" w:rsidP="00EF44B4">
            <w:pPr>
              <w:pStyle w:val="NormalWeb"/>
              <w:rPr>
                <w:rFonts w:asciiTheme="majorHAnsi" w:hAnsiTheme="majorHAnsi" w:cstheme="majorHAnsi"/>
                <w:b/>
              </w:rPr>
            </w:pPr>
            <w:r w:rsidRPr="003A0503">
              <w:rPr>
                <w:rFonts w:asciiTheme="majorHAnsi" w:hAnsiTheme="majorHAnsi" w:cstheme="majorHAnsi"/>
                <w:b/>
              </w:rPr>
              <w:t>Descripción de tareas</w:t>
            </w:r>
          </w:p>
        </w:tc>
        <w:tc>
          <w:tcPr>
            <w:tcW w:w="2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45C1" w:rsidRPr="00903674" w:rsidRDefault="00CE45C1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45C1" w:rsidRPr="00903674" w:rsidRDefault="00CE45C1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B.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  <w:tr w:rsidR="00EF44B4" w:rsidRPr="00903674" w:rsidTr="00EF44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E.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4B4" w:rsidRPr="00903674" w:rsidRDefault="00EF44B4" w:rsidP="00EF44B4">
            <w:pPr>
              <w:pStyle w:val="NormalWeb"/>
              <w:rPr>
                <w:rFonts w:asciiTheme="majorHAnsi" w:hAnsiTheme="majorHAnsi" w:cstheme="majorHAnsi"/>
              </w:rPr>
            </w:pPr>
          </w:p>
        </w:tc>
      </w:tr>
    </w:tbl>
    <w:p w:rsidR="00EF44B4" w:rsidRPr="00903674" w:rsidRDefault="00514DAE" w:rsidP="003714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 xml:space="preserve">(Agregar </w:t>
      </w:r>
      <w:r w:rsidR="00E85BCD">
        <w:rPr>
          <w:rFonts w:asciiTheme="majorHAnsi" w:hAnsiTheme="majorHAnsi" w:cstheme="majorHAnsi"/>
        </w:rPr>
        <w:t>filas</w:t>
      </w:r>
      <w:r w:rsidRPr="00903674">
        <w:rPr>
          <w:rFonts w:asciiTheme="majorHAnsi" w:hAnsiTheme="majorHAnsi" w:cstheme="majorHAnsi"/>
        </w:rPr>
        <w:t xml:space="preserve"> según corresponda)</w:t>
      </w:r>
    </w:p>
    <w:p w:rsidR="00B03899" w:rsidRPr="00903674" w:rsidRDefault="00B03899" w:rsidP="00BC0288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514DAE" w:rsidRPr="00903674" w:rsidRDefault="00514DAE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8"/>
        </w:rPr>
      </w:pPr>
      <w:r w:rsidRPr="00903674">
        <w:rPr>
          <w:rFonts w:asciiTheme="majorHAnsi" w:hAnsiTheme="majorHAnsi" w:cstheme="majorHAnsi"/>
          <w:b/>
          <w:bCs/>
          <w:sz w:val="28"/>
        </w:rPr>
        <w:t>5. RECURSOS HUMANOS</w:t>
      </w:r>
    </w:p>
    <w:p w:rsidR="00514DAE" w:rsidRPr="00903674" w:rsidRDefault="00514DAE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>5.1. Currículum Vitae</w:t>
      </w:r>
    </w:p>
    <w:p w:rsidR="00514DAE" w:rsidRPr="00903674" w:rsidRDefault="00514DAE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 xml:space="preserve">Incorporar </w:t>
      </w:r>
      <w:proofErr w:type="spellStart"/>
      <w:r w:rsidRPr="00903674">
        <w:rPr>
          <w:rFonts w:asciiTheme="majorHAnsi" w:hAnsiTheme="majorHAnsi" w:cstheme="majorHAnsi"/>
          <w:i/>
          <w:iCs/>
        </w:rPr>
        <w:t>curriculum</w:t>
      </w:r>
      <w:proofErr w:type="spellEnd"/>
      <w:r w:rsidRPr="00903674">
        <w:rPr>
          <w:rFonts w:asciiTheme="majorHAnsi" w:hAnsiTheme="majorHAnsi" w:cstheme="majorHAnsi"/>
          <w:i/>
          <w:iCs/>
        </w:rPr>
        <w:t xml:space="preserve"> vitae</w:t>
      </w:r>
      <w:r w:rsidRPr="00903674">
        <w:rPr>
          <w:rFonts w:asciiTheme="majorHAnsi" w:hAnsiTheme="majorHAnsi" w:cstheme="majorHAnsi"/>
        </w:rPr>
        <w:t xml:space="preserve"> de cada uno de los integrantes de acuerdo a las siguientes condiciones:</w:t>
      </w:r>
    </w:p>
    <w:p w:rsidR="00514DAE" w:rsidRPr="00903674" w:rsidRDefault="00514DAE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t>Datos básicos iniciales (en todos los casos)</w:t>
      </w:r>
    </w:p>
    <w:tbl>
      <w:tblPr>
        <w:tblStyle w:val="Tablaconcuadrcula"/>
        <w:tblW w:w="0" w:type="auto"/>
        <w:tblLook w:val="04A0"/>
      </w:tblPr>
      <w:tblGrid>
        <w:gridCol w:w="3369"/>
        <w:gridCol w:w="5411"/>
      </w:tblGrid>
      <w:tr w:rsidR="00514DAE" w:rsidRPr="00903674" w:rsidTr="00B83D10">
        <w:tc>
          <w:tcPr>
            <w:tcW w:w="3369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Apellido y nombres</w:t>
            </w:r>
          </w:p>
        </w:tc>
        <w:tc>
          <w:tcPr>
            <w:tcW w:w="5411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14DAE" w:rsidRPr="00903674" w:rsidTr="00B83D10">
        <w:tc>
          <w:tcPr>
            <w:tcW w:w="3369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DNI</w:t>
            </w:r>
          </w:p>
        </w:tc>
        <w:tc>
          <w:tcPr>
            <w:tcW w:w="5411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14DAE" w:rsidRPr="00903674" w:rsidTr="00B83D10">
        <w:tc>
          <w:tcPr>
            <w:tcW w:w="3369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411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14DAE" w:rsidRPr="00903674" w:rsidTr="00B83D10">
        <w:tc>
          <w:tcPr>
            <w:tcW w:w="3369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Título máximo obtenido e institución otorgante</w:t>
            </w:r>
          </w:p>
        </w:tc>
        <w:tc>
          <w:tcPr>
            <w:tcW w:w="5411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14DAE" w:rsidRPr="00903674" w:rsidTr="00B83D10">
        <w:tc>
          <w:tcPr>
            <w:tcW w:w="3369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Cargo docente</w:t>
            </w:r>
          </w:p>
        </w:tc>
        <w:tc>
          <w:tcPr>
            <w:tcW w:w="5411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14DAE" w:rsidRPr="00903674" w:rsidTr="00B83D10">
        <w:tc>
          <w:tcPr>
            <w:tcW w:w="3369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Dedicación docente</w:t>
            </w:r>
          </w:p>
        </w:tc>
        <w:tc>
          <w:tcPr>
            <w:tcW w:w="5411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14DAE" w:rsidRPr="00903674" w:rsidTr="00B83D10">
        <w:tc>
          <w:tcPr>
            <w:tcW w:w="3369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Categoría de investigación</w:t>
            </w:r>
          </w:p>
        </w:tc>
        <w:tc>
          <w:tcPr>
            <w:tcW w:w="5411" w:type="dxa"/>
          </w:tcPr>
          <w:p w:rsidR="00514DAE" w:rsidRPr="00903674" w:rsidRDefault="00514DAE" w:rsidP="00B83D1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514DAE" w:rsidRPr="00903674" w:rsidTr="00D77B3E">
        <w:tc>
          <w:tcPr>
            <w:tcW w:w="8780" w:type="dxa"/>
            <w:gridSpan w:val="2"/>
          </w:tcPr>
          <w:p w:rsidR="00514DAE" w:rsidRPr="00903674" w:rsidRDefault="00514DAE" w:rsidP="00514DAE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Datos anexos (en todos los casos)</w:t>
            </w:r>
          </w:p>
          <w:p w:rsidR="00514DAE" w:rsidRPr="00903674" w:rsidRDefault="00514DAE" w:rsidP="00514DAE">
            <w:pPr>
              <w:pStyle w:val="NormalWeb"/>
              <w:rPr>
                <w:rFonts w:asciiTheme="majorHAnsi" w:hAnsiTheme="majorHAnsi" w:cstheme="majorHAnsi"/>
              </w:rPr>
            </w:pPr>
            <w:r w:rsidRPr="00903674">
              <w:rPr>
                <w:rFonts w:asciiTheme="majorHAnsi" w:hAnsiTheme="majorHAnsi" w:cstheme="majorHAnsi"/>
              </w:rPr>
              <w:t>Corresponde a la información que el docente desee agregar con posterioridad a los datos básicos iniciales (</w:t>
            </w:r>
            <w:r w:rsidRPr="00903674">
              <w:rPr>
                <w:rFonts w:asciiTheme="majorHAnsi" w:hAnsiTheme="majorHAnsi" w:cstheme="majorHAnsi"/>
                <w:b/>
              </w:rPr>
              <w:t>Director/es máximo 4 páginas – Integrante/s máximo 2 páginas</w:t>
            </w:r>
            <w:r w:rsidRPr="00903674">
              <w:rPr>
                <w:rFonts w:asciiTheme="majorHAnsi" w:hAnsiTheme="majorHAnsi" w:cstheme="majorHAnsi"/>
              </w:rPr>
              <w:t>).</w:t>
            </w:r>
          </w:p>
        </w:tc>
      </w:tr>
    </w:tbl>
    <w:p w:rsidR="00514DAE" w:rsidRPr="00903674" w:rsidRDefault="00514DAE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903674">
        <w:rPr>
          <w:rFonts w:asciiTheme="majorHAnsi" w:hAnsiTheme="majorHAnsi" w:cstheme="majorHAnsi"/>
        </w:rPr>
        <w:lastRenderedPageBreak/>
        <w:t>(Agregar cuadros según corresponda)</w:t>
      </w:r>
    </w:p>
    <w:p w:rsidR="00514DAE" w:rsidRPr="00903674" w:rsidRDefault="00514DAE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514DAE" w:rsidRPr="00903674" w:rsidRDefault="00514DAE" w:rsidP="00514DAE">
      <w:pPr>
        <w:pStyle w:val="Ttulo3"/>
        <w:spacing w:before="0" w:line="240" w:lineRule="auto"/>
        <w:rPr>
          <w:rFonts w:cstheme="majorHAnsi"/>
          <w:color w:val="auto"/>
          <w:sz w:val="28"/>
          <w:lang w:val="es-AR"/>
        </w:rPr>
      </w:pPr>
      <w:r w:rsidRPr="00903674">
        <w:rPr>
          <w:rFonts w:cstheme="majorHAnsi"/>
          <w:color w:val="auto"/>
          <w:sz w:val="28"/>
          <w:lang w:val="es-AR"/>
        </w:rPr>
        <w:t>6. DECLARACIÓN JURADA</w:t>
      </w:r>
    </w:p>
    <w:p w:rsidR="00514DAE" w:rsidRPr="00903674" w:rsidRDefault="00514DAE" w:rsidP="00514DAE">
      <w:pPr>
        <w:pStyle w:val="Ttulo3"/>
        <w:spacing w:before="0" w:line="240" w:lineRule="auto"/>
        <w:rPr>
          <w:rFonts w:cstheme="majorHAnsi"/>
          <w:b w:val="0"/>
          <w:color w:val="auto"/>
          <w:sz w:val="24"/>
          <w:lang w:val="es-AR"/>
        </w:rPr>
      </w:pPr>
      <w:r w:rsidRPr="00903674">
        <w:rPr>
          <w:rFonts w:cstheme="majorHAnsi"/>
          <w:b w:val="0"/>
          <w:color w:val="auto"/>
          <w:sz w:val="24"/>
          <w:lang w:val="es-AR"/>
        </w:rPr>
        <w:t>Por la presente, me responsabilizo de la exactitud de la información suministrada y declaro conocer y aceptar los términos de la convocatoria</w:t>
      </w:r>
      <w:r w:rsidR="00903674" w:rsidRPr="00903674">
        <w:rPr>
          <w:rFonts w:cstheme="majorHAnsi"/>
          <w:b w:val="0"/>
          <w:color w:val="auto"/>
          <w:sz w:val="24"/>
          <w:lang w:val="es-AR"/>
        </w:rPr>
        <w:t>.</w:t>
      </w:r>
    </w:p>
    <w:p w:rsidR="00903674" w:rsidRPr="00903674" w:rsidRDefault="00903674" w:rsidP="00903674">
      <w:pPr>
        <w:spacing w:after="0" w:line="240" w:lineRule="auto"/>
        <w:rPr>
          <w:lang w:val="es-AR"/>
        </w:rPr>
      </w:pPr>
    </w:p>
    <w:tbl>
      <w:tblPr>
        <w:tblStyle w:val="Tablaconcuadrcula"/>
        <w:tblW w:w="0" w:type="auto"/>
        <w:tblLook w:val="04A0"/>
      </w:tblPr>
      <w:tblGrid>
        <w:gridCol w:w="8780"/>
      </w:tblGrid>
      <w:tr w:rsidR="00903674" w:rsidRPr="00903674" w:rsidTr="00903674">
        <w:tc>
          <w:tcPr>
            <w:tcW w:w="8780" w:type="dxa"/>
          </w:tcPr>
          <w:p w:rsidR="00903674" w:rsidRPr="00903674" w:rsidRDefault="00903674" w:rsidP="00514DAE">
            <w:pPr>
              <w:rPr>
                <w:rFonts w:asciiTheme="majorHAnsi" w:hAnsiTheme="majorHAnsi" w:cstheme="majorHAnsi"/>
                <w:sz w:val="24"/>
                <w:lang w:val="es-AR"/>
              </w:rPr>
            </w:pPr>
            <w:r w:rsidRPr="00903674">
              <w:rPr>
                <w:rFonts w:asciiTheme="majorHAnsi" w:hAnsiTheme="majorHAnsi" w:cstheme="majorHAnsi"/>
                <w:sz w:val="24"/>
                <w:lang w:val="es-AR"/>
              </w:rPr>
              <w:t>Lugar y fecha:</w:t>
            </w:r>
          </w:p>
        </w:tc>
      </w:tr>
    </w:tbl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903674" w:rsidRPr="00903674" w:rsidRDefault="00903674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903674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…………………………………………………………………………</w:t>
      </w: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 w:rsidRPr="00903674">
        <w:rPr>
          <w:rFonts w:asciiTheme="majorHAnsi" w:hAnsiTheme="majorHAnsi" w:cstheme="majorHAnsi"/>
          <w:bCs/>
          <w:sz w:val="24"/>
          <w:lang w:val="es-AR"/>
        </w:rPr>
        <w:t xml:space="preserve">Firma </w:t>
      </w:r>
      <w:r w:rsidRPr="00903674">
        <w:rPr>
          <w:rFonts w:asciiTheme="majorHAnsi" w:hAnsiTheme="majorHAnsi" w:cstheme="majorHAnsi"/>
          <w:sz w:val="24"/>
          <w:lang w:val="es-AR"/>
        </w:rPr>
        <w:t>Director</w:t>
      </w:r>
      <w:r w:rsidR="00903674">
        <w:rPr>
          <w:rFonts w:asciiTheme="majorHAnsi" w:hAnsiTheme="majorHAnsi" w:cstheme="majorHAnsi"/>
          <w:sz w:val="24"/>
          <w:lang w:val="es-AR"/>
        </w:rPr>
        <w:t>/a del Proyecto de I</w:t>
      </w:r>
      <w:r w:rsidRPr="00903674">
        <w:rPr>
          <w:rFonts w:asciiTheme="majorHAnsi" w:hAnsiTheme="majorHAnsi" w:cstheme="majorHAnsi"/>
          <w:sz w:val="24"/>
          <w:lang w:val="es-AR"/>
        </w:rPr>
        <w:t>nvestigación</w:t>
      </w:r>
    </w:p>
    <w:p w:rsidR="00514DAE" w:rsidRDefault="00514DAE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903674" w:rsidRPr="00903674" w:rsidRDefault="00903674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…………………………………………………………………………</w:t>
      </w:r>
    </w:p>
    <w:p w:rsidR="00903674" w:rsidRPr="00903674" w:rsidRDefault="00903674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Aclaración</w:t>
      </w: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</w:p>
    <w:p w:rsidR="00514DAE" w:rsidRPr="00903674" w:rsidRDefault="00903674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…………………………………………………………………………</w:t>
      </w:r>
    </w:p>
    <w:p w:rsidR="00514DAE" w:rsidRPr="00903674" w:rsidRDefault="00514DAE" w:rsidP="00514DA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 w:rsidRPr="00903674">
        <w:rPr>
          <w:rFonts w:asciiTheme="majorHAnsi" w:hAnsiTheme="majorHAnsi" w:cstheme="majorHAnsi"/>
          <w:bCs/>
          <w:sz w:val="24"/>
          <w:lang w:val="es-AR"/>
        </w:rPr>
        <w:t xml:space="preserve">Firma </w:t>
      </w:r>
      <w:r w:rsidRPr="00903674">
        <w:rPr>
          <w:rFonts w:asciiTheme="majorHAnsi" w:hAnsiTheme="majorHAnsi" w:cstheme="majorHAnsi"/>
          <w:sz w:val="24"/>
          <w:lang w:val="es-AR"/>
        </w:rPr>
        <w:t>Director</w:t>
      </w:r>
      <w:r w:rsidR="00903674">
        <w:rPr>
          <w:rFonts w:asciiTheme="majorHAnsi" w:hAnsiTheme="majorHAnsi" w:cstheme="majorHAnsi"/>
          <w:sz w:val="24"/>
          <w:lang w:val="es-AR"/>
        </w:rPr>
        <w:t>/a</w:t>
      </w:r>
      <w:r w:rsidRPr="00903674">
        <w:rPr>
          <w:rFonts w:asciiTheme="majorHAnsi" w:hAnsiTheme="majorHAnsi" w:cstheme="majorHAnsi"/>
          <w:sz w:val="24"/>
          <w:lang w:val="es-AR"/>
        </w:rPr>
        <w:t xml:space="preserve"> del Programa</w:t>
      </w:r>
      <w:r w:rsidR="00903674">
        <w:rPr>
          <w:rFonts w:asciiTheme="majorHAnsi" w:hAnsiTheme="majorHAnsi" w:cstheme="majorHAnsi"/>
          <w:sz w:val="24"/>
          <w:lang w:val="es-AR"/>
        </w:rPr>
        <w:t xml:space="preserve"> de Investigación</w:t>
      </w:r>
      <w:r w:rsidRPr="00903674">
        <w:rPr>
          <w:rStyle w:val="Refdenotaalpie"/>
          <w:rFonts w:asciiTheme="majorHAnsi" w:hAnsiTheme="majorHAnsi" w:cstheme="majorHAnsi"/>
          <w:sz w:val="24"/>
          <w:lang w:val="es-AR"/>
        </w:rPr>
        <w:footnoteReference w:id="1"/>
      </w:r>
    </w:p>
    <w:p w:rsidR="00514DAE" w:rsidRPr="00903674" w:rsidRDefault="00514DAE" w:rsidP="00514DA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:rsidR="00903674" w:rsidRPr="00903674" w:rsidRDefault="00903674" w:rsidP="00903674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AR"/>
        </w:rPr>
      </w:pPr>
      <w:r>
        <w:rPr>
          <w:rFonts w:asciiTheme="majorHAnsi" w:hAnsiTheme="majorHAnsi" w:cstheme="majorHAnsi"/>
          <w:sz w:val="24"/>
          <w:lang w:val="es-AR"/>
        </w:rPr>
        <w:t>…………………………………………………………………………</w:t>
      </w:r>
    </w:p>
    <w:p w:rsidR="00514DAE" w:rsidRPr="00903674" w:rsidRDefault="00903674" w:rsidP="0090367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Aclaración</w:t>
      </w:r>
    </w:p>
    <w:p w:rsidR="00604E82" w:rsidRPr="00903674" w:rsidRDefault="00604E82" w:rsidP="00514DAE">
      <w:pPr>
        <w:pStyle w:val="Encabezado"/>
        <w:jc w:val="both"/>
        <w:rPr>
          <w:lang w:val="es-AR"/>
        </w:rPr>
      </w:pPr>
    </w:p>
    <w:sectPr w:rsidR="00604E82" w:rsidRPr="00903674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578" w:rsidRDefault="00C33578" w:rsidP="00A20F1E">
      <w:pPr>
        <w:spacing w:after="0" w:line="240" w:lineRule="auto"/>
      </w:pPr>
      <w:r>
        <w:separator/>
      </w:r>
    </w:p>
  </w:endnote>
  <w:endnote w:type="continuationSeparator" w:id="0">
    <w:p w:rsidR="00C33578" w:rsidRDefault="00C33578" w:rsidP="00A20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4B4" w:rsidRDefault="006539EB">
    <w:pPr>
      <w:pStyle w:val="Piedepgina"/>
    </w:pPr>
    <w:r w:rsidRPr="006539EB">
      <w:rPr>
        <w:noProof/>
        <w:lang w:val="es-AR" w:eastAsia="es-AR"/>
      </w:rPr>
      <w:pict>
        <v:rect id="5 Rectángulo" o:spid="_x0000_s4098" style="position:absolute;margin-left:-92.5pt;margin-top:16.4pt;width:617pt;height:25pt;z-index:251660799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" fillcolor="#fde9d9 [665]" strokecolor="#fde9d9 [665]">
          <v:shadow on="t" color="black" opacity="22937f" origin=",.5" offset="0,.63889mm"/>
        </v:rect>
      </w:pict>
    </w:r>
    <w:r w:rsidRPr="006539EB">
      <w:rPr>
        <w:noProof/>
        <w:lang w:val="es-AR" w:eastAsia="es-AR"/>
      </w:rPr>
      <w:pict>
        <v:rect id="4 Rectángulo" o:spid="_x0000_s4097" style="position:absolute;margin-left:-92.5pt;margin-top:26.9pt;width:617pt;height:2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" fillcolor="#d6e3bc [1302]" strokecolor="#d6e3bc [1302]">
          <v:shadow on="t" color="black" opacity="22937f" origin=",.5" offset="0,.63889mm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578" w:rsidRDefault="00C33578" w:rsidP="00A20F1E">
      <w:pPr>
        <w:spacing w:after="0" w:line="240" w:lineRule="auto"/>
      </w:pPr>
      <w:r>
        <w:separator/>
      </w:r>
    </w:p>
  </w:footnote>
  <w:footnote w:type="continuationSeparator" w:id="0">
    <w:p w:rsidR="00C33578" w:rsidRDefault="00C33578" w:rsidP="00A20F1E">
      <w:pPr>
        <w:spacing w:after="0" w:line="240" w:lineRule="auto"/>
      </w:pPr>
      <w:r>
        <w:continuationSeparator/>
      </w:r>
    </w:p>
  </w:footnote>
  <w:footnote w:id="1">
    <w:p w:rsidR="00514DAE" w:rsidRPr="00514DAE" w:rsidRDefault="00514DAE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212E8C">
        <w:rPr>
          <w:rFonts w:asciiTheme="majorHAnsi" w:hAnsiTheme="majorHAnsi" w:cstheme="majorHAnsi"/>
          <w:bCs/>
          <w:lang w:val="es-ES"/>
        </w:rPr>
        <w:t>Si el proyecto se inscribe en un Programa de Investigación del Departamento de Ciencias Sociales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4B4" w:rsidRDefault="006539EB">
    <w:pPr>
      <w:pStyle w:val="Encabezado"/>
    </w:pPr>
    <w:r w:rsidRPr="006539EB">
      <w:rPr>
        <w:b/>
        <w:noProof/>
        <w:sz w:val="28"/>
        <w:lang w:val="es-AR"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3 Cuadro de texto" o:spid="_x0000_s4100" type="#_x0000_t202" style="position:absolute;margin-left:352pt;margin-top:-36pt;width:169.5pt;height:81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" fillcolor="#ffc000" strokecolor="#ffc000" strokeweight=".5pt">
          <v:textbox>
            <w:txbxContent>
              <w:p w:rsidR="00EF44B4" w:rsidRPr="007F1273" w:rsidRDefault="00EF44B4" w:rsidP="00A20F1E">
                <w:pPr>
                  <w:spacing w:after="0" w:line="240" w:lineRule="auto"/>
                  <w:jc w:val="right"/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</w:pPr>
                <w:r w:rsidRPr="007F1273"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>Secretaría de Investigaciones</w:t>
                </w:r>
              </w:p>
              <w:p w:rsidR="00EF44B4" w:rsidRPr="004B0DE4" w:rsidRDefault="00EF44B4" w:rsidP="00A20F1E">
                <w:pPr>
                  <w:spacing w:after="0" w:line="240" w:lineRule="auto"/>
                  <w:jc w:val="right"/>
                  <w:rPr>
                    <w:rFonts w:ascii="Arial Rounded MT Bold" w:hAnsi="Arial Rounded MT Bold"/>
                    <w:color w:val="FFFFFF" w:themeColor="background1"/>
                    <w:sz w:val="26"/>
                    <w:szCs w:val="26"/>
                    <w:lang w:val="es-AR"/>
                  </w:rPr>
                </w:pPr>
                <w:r w:rsidRPr="007F1273"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 xml:space="preserve">Presentación Proyecto de </w:t>
                </w:r>
                <w:r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>Investigación</w:t>
                </w:r>
              </w:p>
            </w:txbxContent>
          </v:textbox>
        </v:shape>
      </w:pict>
    </w:r>
    <w:r w:rsidRPr="006539EB">
      <w:rPr>
        <w:b/>
        <w:noProof/>
        <w:sz w:val="28"/>
        <w:lang w:val="es-AR" w:eastAsia="es-AR"/>
      </w:rPr>
      <w:pict>
        <v:rect id="2 Rectángulo" o:spid="_x0000_s4099" style="position:absolute;margin-left:-90pt;margin-top:-36pt;width:611.5pt;height:81.5pt;z-index:251658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" fillcolor="#ffc000" strokecolor="#ffc000">
          <v:shadow on="t" color="black" opacity="22937f" origin=",.5" offset="0,.63889mm"/>
        </v:rect>
      </w:pict>
    </w:r>
    <w:r w:rsidR="00EF44B4" w:rsidRPr="00D62260">
      <w:rPr>
        <w:b/>
        <w:noProof/>
        <w:sz w:val="28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5664200" cy="1035685"/>
          <wp:effectExtent l="0" t="0" r="0" b="0"/>
          <wp:wrapTopAndBottom/>
          <wp:docPr id="6" name="Imagen 6" descr="BIENVENIDOS | Departamento de Ciencias Socia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ENVENIDOS | Departamento de Ciencias Sociale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2541" b="14192"/>
                  <a:stretch/>
                </pic:blipFill>
                <pic:spPr bwMode="auto">
                  <a:xfrm>
                    <a:off x="0" y="0"/>
                    <a:ext cx="5664200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EF44B4" w:rsidRDefault="00EF44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B986BF9"/>
    <w:multiLevelType w:val="multilevel"/>
    <w:tmpl w:val="E05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A30860"/>
    <w:multiLevelType w:val="multilevel"/>
    <w:tmpl w:val="07FE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E544C8"/>
    <w:multiLevelType w:val="multilevel"/>
    <w:tmpl w:val="EC66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8F4285"/>
    <w:multiLevelType w:val="multilevel"/>
    <w:tmpl w:val="49CA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EE0EF7"/>
    <w:multiLevelType w:val="multilevel"/>
    <w:tmpl w:val="3D2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D971FC"/>
    <w:multiLevelType w:val="hybridMultilevel"/>
    <w:tmpl w:val="44942E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A20628"/>
    <w:multiLevelType w:val="multilevel"/>
    <w:tmpl w:val="D6F4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9F2A41"/>
    <w:multiLevelType w:val="multilevel"/>
    <w:tmpl w:val="6A06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180769"/>
    <w:multiLevelType w:val="multilevel"/>
    <w:tmpl w:val="D0F2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8F6D8F"/>
    <w:multiLevelType w:val="multilevel"/>
    <w:tmpl w:val="AD8A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E25AB"/>
    <w:multiLevelType w:val="multilevel"/>
    <w:tmpl w:val="8AB0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BA6C6D"/>
    <w:multiLevelType w:val="multilevel"/>
    <w:tmpl w:val="C2B0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DB62B9"/>
    <w:multiLevelType w:val="hybridMultilevel"/>
    <w:tmpl w:val="4A4239E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50110"/>
    <w:multiLevelType w:val="multilevel"/>
    <w:tmpl w:val="FFD670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9D482F"/>
    <w:multiLevelType w:val="multilevel"/>
    <w:tmpl w:val="DF14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BD0EFA"/>
    <w:multiLevelType w:val="multilevel"/>
    <w:tmpl w:val="93EA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8E5B5C"/>
    <w:multiLevelType w:val="multilevel"/>
    <w:tmpl w:val="2264B6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CA6E66"/>
    <w:multiLevelType w:val="multilevel"/>
    <w:tmpl w:val="3D12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F91B3B"/>
    <w:multiLevelType w:val="multilevel"/>
    <w:tmpl w:val="BD92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2228DC"/>
    <w:multiLevelType w:val="multilevel"/>
    <w:tmpl w:val="7542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BE423A"/>
    <w:multiLevelType w:val="multilevel"/>
    <w:tmpl w:val="C682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5F5124"/>
    <w:multiLevelType w:val="multilevel"/>
    <w:tmpl w:val="3D2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2F59DF"/>
    <w:multiLevelType w:val="multilevel"/>
    <w:tmpl w:val="14A08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E8340B"/>
    <w:multiLevelType w:val="multilevel"/>
    <w:tmpl w:val="B020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22"/>
  </w:num>
  <w:num w:numId="12">
    <w:abstractNumId w:val="15"/>
  </w:num>
  <w:num w:numId="13">
    <w:abstractNumId w:val="27"/>
  </w:num>
  <w:num w:numId="14">
    <w:abstractNumId w:val="25"/>
  </w:num>
  <w:num w:numId="15">
    <w:abstractNumId w:val="18"/>
  </w:num>
  <w:num w:numId="16">
    <w:abstractNumId w:val="21"/>
  </w:num>
  <w:num w:numId="17">
    <w:abstractNumId w:val="26"/>
  </w:num>
  <w:num w:numId="18">
    <w:abstractNumId w:val="17"/>
  </w:num>
  <w:num w:numId="19">
    <w:abstractNumId w:val="9"/>
  </w:num>
  <w:num w:numId="20">
    <w:abstractNumId w:val="29"/>
  </w:num>
  <w:num w:numId="21">
    <w:abstractNumId w:val="23"/>
  </w:num>
  <w:num w:numId="22">
    <w:abstractNumId w:val="19"/>
  </w:num>
  <w:num w:numId="23">
    <w:abstractNumId w:val="14"/>
  </w:num>
  <w:num w:numId="24">
    <w:abstractNumId w:val="16"/>
  </w:num>
  <w:num w:numId="25">
    <w:abstractNumId w:val="11"/>
  </w:num>
  <w:num w:numId="26">
    <w:abstractNumId w:val="30"/>
  </w:num>
  <w:num w:numId="27">
    <w:abstractNumId w:val="20"/>
  </w:num>
  <w:num w:numId="28">
    <w:abstractNumId w:val="31"/>
  </w:num>
  <w:num w:numId="29">
    <w:abstractNumId w:val="10"/>
  </w:num>
  <w:num w:numId="30">
    <w:abstractNumId w:val="32"/>
  </w:num>
  <w:num w:numId="31">
    <w:abstractNumId w:val="28"/>
  </w:num>
  <w:num w:numId="32">
    <w:abstractNumId w:val="24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44AEA"/>
    <w:rsid w:val="0006063C"/>
    <w:rsid w:val="0015074B"/>
    <w:rsid w:val="001579E7"/>
    <w:rsid w:val="001E5F80"/>
    <w:rsid w:val="00212E8C"/>
    <w:rsid w:val="002475D7"/>
    <w:rsid w:val="0029639D"/>
    <w:rsid w:val="00326F90"/>
    <w:rsid w:val="003714E4"/>
    <w:rsid w:val="003A0503"/>
    <w:rsid w:val="003E310D"/>
    <w:rsid w:val="0040055E"/>
    <w:rsid w:val="004427DC"/>
    <w:rsid w:val="004B0DE4"/>
    <w:rsid w:val="004F45D2"/>
    <w:rsid w:val="00514DAE"/>
    <w:rsid w:val="005F0480"/>
    <w:rsid w:val="00604E82"/>
    <w:rsid w:val="00631F43"/>
    <w:rsid w:val="006539EB"/>
    <w:rsid w:val="00706927"/>
    <w:rsid w:val="007D3972"/>
    <w:rsid w:val="007D58B1"/>
    <w:rsid w:val="007F1273"/>
    <w:rsid w:val="007F24F5"/>
    <w:rsid w:val="008331EA"/>
    <w:rsid w:val="0088414A"/>
    <w:rsid w:val="008A444D"/>
    <w:rsid w:val="008F3FA2"/>
    <w:rsid w:val="00903674"/>
    <w:rsid w:val="00A20F1E"/>
    <w:rsid w:val="00AA1D8D"/>
    <w:rsid w:val="00B03899"/>
    <w:rsid w:val="00B22482"/>
    <w:rsid w:val="00B47730"/>
    <w:rsid w:val="00BC0288"/>
    <w:rsid w:val="00C131E8"/>
    <w:rsid w:val="00C33578"/>
    <w:rsid w:val="00C671AA"/>
    <w:rsid w:val="00CB0664"/>
    <w:rsid w:val="00CE45C1"/>
    <w:rsid w:val="00DD6458"/>
    <w:rsid w:val="00E85BCD"/>
    <w:rsid w:val="00EC7AF1"/>
    <w:rsid w:val="00EF44B4"/>
    <w:rsid w:val="00F33A58"/>
    <w:rsid w:val="00FB6DF4"/>
    <w:rsid w:val="00FC693F"/>
    <w:rsid w:val="00FF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2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4DA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4DA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14D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2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4DA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4DA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14D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9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54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3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92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4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6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65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6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43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AD0487-411F-45FE-859F-A3ADFE41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1115</Words>
  <Characters>6136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Usuario de Windows</cp:lastModifiedBy>
  <cp:revision>13</cp:revision>
  <dcterms:created xsi:type="dcterms:W3CDTF">2025-12-30T14:37:00Z</dcterms:created>
  <dcterms:modified xsi:type="dcterms:W3CDTF">2026-07-15T14:52:00Z</dcterms:modified>
</cp:coreProperties>
</file>