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1E" w:rsidRPr="00903674" w:rsidRDefault="00A20F1E" w:rsidP="00A20F1E">
      <w:pPr>
        <w:pStyle w:val="Ttulo1"/>
        <w:spacing w:before="0" w:line="240" w:lineRule="auto"/>
        <w:rPr>
          <w:rFonts w:cstheme="majorHAnsi"/>
          <w:color w:val="auto"/>
          <w:lang w:val="es-AR"/>
        </w:rPr>
      </w:pPr>
    </w:p>
    <w:p w:rsidR="001579E7" w:rsidRPr="00903674" w:rsidRDefault="001579E7" w:rsidP="001579E7">
      <w:pPr>
        <w:spacing w:after="0" w:line="240" w:lineRule="auto"/>
        <w:jc w:val="center"/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</w:pPr>
      <w:r w:rsidRPr="00903674"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  <w:t xml:space="preserve">FORMULARIO PARA LA PRESENTACIÓN DE </w:t>
      </w:r>
    </w:p>
    <w:p w:rsidR="00A20F1E" w:rsidRDefault="0029772E" w:rsidP="001579E7">
      <w:pPr>
        <w:spacing w:after="0" w:line="240" w:lineRule="auto"/>
        <w:jc w:val="center"/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</w:pPr>
      <w:r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  <w:t xml:space="preserve">INFORME FINAL DE </w:t>
      </w:r>
      <w:r w:rsidR="001579E7" w:rsidRPr="00903674"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  <w:t>PROYECTOS DE INVESTIGACIÓN (</w:t>
      </w:r>
      <w:proofErr w:type="spellStart"/>
      <w:r w:rsidR="001579E7" w:rsidRPr="00903674"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  <w:t>PICyT</w:t>
      </w:r>
      <w:proofErr w:type="spellEnd"/>
      <w:r w:rsidR="001579E7" w:rsidRPr="00903674"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  <w:t>)</w:t>
      </w:r>
    </w:p>
    <w:p w:rsidR="0092731D" w:rsidRPr="00FB6DF4" w:rsidRDefault="0092731D" w:rsidP="0092731D">
      <w:pPr>
        <w:spacing w:after="0" w:line="240" w:lineRule="auto"/>
        <w:jc w:val="center"/>
        <w:rPr>
          <w:rFonts w:asciiTheme="majorHAnsi" w:eastAsiaTheme="majorEastAsia" w:hAnsiTheme="majorHAnsi" w:cstheme="majorHAnsi"/>
          <w:b/>
          <w:bCs/>
          <w:sz w:val="12"/>
          <w:szCs w:val="28"/>
          <w:lang w:val="es-AR"/>
        </w:rPr>
      </w:pPr>
    </w:p>
    <w:p w:rsidR="0092731D" w:rsidRPr="00FB6DF4" w:rsidRDefault="0092731D" w:rsidP="0092731D">
      <w:pPr>
        <w:spacing w:after="0" w:line="240" w:lineRule="auto"/>
        <w:jc w:val="center"/>
        <w:rPr>
          <w:rFonts w:asciiTheme="majorHAnsi" w:eastAsiaTheme="majorEastAsia" w:hAnsiTheme="majorHAnsi" w:cstheme="majorHAnsi"/>
          <w:b/>
          <w:bCs/>
          <w:sz w:val="24"/>
          <w:szCs w:val="28"/>
          <w:lang w:val="es-AR"/>
        </w:rPr>
      </w:pPr>
      <w:r w:rsidRPr="00FB6DF4">
        <w:rPr>
          <w:rFonts w:asciiTheme="majorHAnsi" w:eastAsiaTheme="majorEastAsia" w:hAnsiTheme="majorHAnsi" w:cstheme="majorHAnsi"/>
          <w:b/>
          <w:bCs/>
          <w:sz w:val="24"/>
          <w:szCs w:val="28"/>
          <w:lang w:val="es-AR"/>
        </w:rPr>
        <w:t>CONVOCATORIA ESPECÍFICA PARA LA RADICACIÓN DE PROYECTOS DE INVESTIGACIÓN CIENTÍFICA Y TECNOLÓGICA BIANUALES, ORIENTADOS A LAS ÁREAS DE CONTABILIDAD E IMPUESTOS (PICYT C-I 2026)</w:t>
      </w:r>
    </w:p>
    <w:p w:rsidR="001579E7" w:rsidRPr="00903674" w:rsidRDefault="001579E7" w:rsidP="00A20F1E">
      <w:pPr>
        <w:spacing w:after="0" w:line="240" w:lineRule="auto"/>
        <w:rPr>
          <w:rFonts w:asciiTheme="majorHAnsi" w:hAnsiTheme="majorHAnsi" w:cstheme="majorHAnsi"/>
          <w:lang w:val="es-AR"/>
        </w:rPr>
      </w:pPr>
    </w:p>
    <w:p w:rsidR="001579E7" w:rsidRPr="00903674" w:rsidRDefault="001579E7" w:rsidP="001579E7">
      <w:pPr>
        <w:spacing w:after="0" w:line="240" w:lineRule="auto"/>
        <w:rPr>
          <w:rFonts w:asciiTheme="majorHAnsi" w:hAnsiTheme="majorHAnsi" w:cstheme="majorHAnsi"/>
          <w:b/>
          <w:bCs/>
          <w:sz w:val="28"/>
          <w:lang w:val="es-AR"/>
        </w:rPr>
      </w:pPr>
      <w:r w:rsidRPr="00903674">
        <w:rPr>
          <w:rFonts w:asciiTheme="majorHAnsi" w:hAnsiTheme="majorHAnsi" w:cstheme="majorHAnsi"/>
          <w:b/>
          <w:bCs/>
          <w:sz w:val="28"/>
          <w:lang w:val="es-AR"/>
        </w:rPr>
        <w:t>1. IDENTIFICACIÓN DEL PROYECTO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1579E7" w:rsidRPr="00903674" w:rsidTr="001579E7">
        <w:tc>
          <w:tcPr>
            <w:tcW w:w="8780" w:type="dxa"/>
          </w:tcPr>
          <w:p w:rsidR="001579E7" w:rsidRPr="00903674" w:rsidRDefault="008A444D" w:rsidP="00A20F1E">
            <w:pPr>
              <w:rPr>
                <w:rFonts w:asciiTheme="majorHAnsi" w:hAnsiTheme="majorHAnsi" w:cstheme="majorHAnsi"/>
                <w:lang w:val="es-AR"/>
              </w:rPr>
            </w:pPr>
            <w:r w:rsidRPr="00903674">
              <w:rPr>
                <w:rFonts w:asciiTheme="majorHAnsi" w:hAnsiTheme="majorHAnsi" w:cstheme="majorHAnsi"/>
                <w:lang w:val="es-AR"/>
              </w:rPr>
              <w:t>Título del Proyecto</w:t>
            </w:r>
          </w:p>
        </w:tc>
      </w:tr>
      <w:tr w:rsidR="001579E7" w:rsidRPr="00903674" w:rsidTr="001579E7">
        <w:tc>
          <w:tcPr>
            <w:tcW w:w="8780" w:type="dxa"/>
          </w:tcPr>
          <w:p w:rsidR="001579E7" w:rsidRPr="00903674" w:rsidRDefault="001579E7" w:rsidP="00A20F1E">
            <w:pPr>
              <w:rPr>
                <w:rFonts w:asciiTheme="majorHAnsi" w:hAnsiTheme="majorHAnsi" w:cstheme="majorHAnsi"/>
                <w:lang w:val="es-AR"/>
              </w:rPr>
            </w:pPr>
          </w:p>
        </w:tc>
      </w:tr>
    </w:tbl>
    <w:p w:rsidR="001579E7" w:rsidRPr="00903674" w:rsidRDefault="001579E7" w:rsidP="00A20F1E">
      <w:pPr>
        <w:spacing w:after="0" w:line="240" w:lineRule="auto"/>
        <w:rPr>
          <w:rFonts w:asciiTheme="majorHAnsi" w:hAnsiTheme="majorHAnsi" w:cstheme="majorHAnsi"/>
          <w:lang w:val="es-AR"/>
        </w:rPr>
      </w:pPr>
    </w:p>
    <w:p w:rsidR="001579E7" w:rsidRPr="00903674" w:rsidRDefault="0029772E" w:rsidP="00A20F1E">
      <w:pPr>
        <w:spacing w:after="0" w:line="240" w:lineRule="auto"/>
        <w:rPr>
          <w:rFonts w:asciiTheme="majorHAnsi" w:hAnsiTheme="majorHAnsi" w:cstheme="majorHAnsi"/>
          <w:b/>
          <w:sz w:val="24"/>
          <w:lang w:val="es-AR"/>
        </w:rPr>
      </w:pPr>
      <w:r>
        <w:rPr>
          <w:rFonts w:asciiTheme="majorHAnsi" w:hAnsiTheme="majorHAnsi" w:cstheme="majorHAnsi"/>
          <w:b/>
          <w:sz w:val="24"/>
          <w:lang w:val="es-AR"/>
        </w:rPr>
        <w:t>1.1</w:t>
      </w:r>
      <w:r w:rsidR="001579E7" w:rsidRPr="00903674">
        <w:rPr>
          <w:rFonts w:asciiTheme="majorHAnsi" w:hAnsiTheme="majorHAnsi" w:cstheme="majorHAnsi"/>
          <w:b/>
          <w:sz w:val="24"/>
          <w:lang w:val="es-AR"/>
        </w:rPr>
        <w:t>. Dirección del Proyecto</w:t>
      </w:r>
    </w:p>
    <w:tbl>
      <w:tblPr>
        <w:tblStyle w:val="Tablaconcuadrcula"/>
        <w:tblW w:w="0" w:type="auto"/>
        <w:tblLook w:val="04A0"/>
      </w:tblPr>
      <w:tblGrid>
        <w:gridCol w:w="3652"/>
        <w:gridCol w:w="5128"/>
      </w:tblGrid>
      <w:tr w:rsidR="005F0480" w:rsidRPr="00903674" w:rsidTr="0029772E">
        <w:tc>
          <w:tcPr>
            <w:tcW w:w="3652" w:type="dxa"/>
          </w:tcPr>
          <w:p w:rsidR="008F3FA2" w:rsidRPr="00903674" w:rsidRDefault="001579E7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Apellido y nombres</w:t>
            </w:r>
            <w:r w:rsidR="0029772E">
              <w:rPr>
                <w:rFonts w:asciiTheme="majorHAnsi" w:hAnsiTheme="majorHAnsi" w:cstheme="majorHAnsi"/>
              </w:rPr>
              <w:t xml:space="preserve"> (Director/a</w:t>
            </w:r>
            <w:r w:rsidR="0029772E" w:rsidRPr="0029772E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5128" w:type="dxa"/>
          </w:tcPr>
          <w:p w:rsidR="008F3FA2" w:rsidRPr="00903674" w:rsidRDefault="008F3FA2" w:rsidP="008F3FA2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F0480" w:rsidRPr="00903674" w:rsidTr="0029772E">
        <w:tc>
          <w:tcPr>
            <w:tcW w:w="3652" w:type="dxa"/>
          </w:tcPr>
          <w:p w:rsidR="008F3FA2" w:rsidRPr="00903674" w:rsidRDefault="0029772E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Apellido y nombres</w:t>
            </w:r>
            <w:r>
              <w:rPr>
                <w:rFonts w:asciiTheme="majorHAnsi" w:hAnsiTheme="majorHAnsi" w:cstheme="majorHAnsi"/>
              </w:rPr>
              <w:t xml:space="preserve"> (Co-Director/a</w:t>
            </w:r>
            <w:r w:rsidRPr="0029772E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5128" w:type="dxa"/>
          </w:tcPr>
          <w:p w:rsidR="008F3FA2" w:rsidRPr="00903674" w:rsidRDefault="008F3FA2" w:rsidP="008F3FA2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8F3FA2" w:rsidRPr="00903674" w:rsidRDefault="008F3FA2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604E82" w:rsidRPr="00903674" w:rsidRDefault="0029772E" w:rsidP="00604E82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1.2</w:t>
      </w:r>
      <w:r w:rsidR="00604E82" w:rsidRPr="00903674">
        <w:rPr>
          <w:rFonts w:asciiTheme="majorHAnsi" w:hAnsiTheme="majorHAnsi" w:cstheme="majorHAnsi"/>
          <w:b/>
          <w:bCs/>
        </w:rPr>
        <w:t>. Integrantes del Proyecto</w:t>
      </w:r>
    </w:p>
    <w:p w:rsidR="0029772E" w:rsidRDefault="0029772E" w:rsidP="0029772E">
      <w:pPr>
        <w:pStyle w:val="NormalWeb"/>
        <w:spacing w:before="0" w:beforeAutospacing="0" w:after="0" w:afterAutospacing="0"/>
        <w:rPr>
          <w:rFonts w:asciiTheme="majorHAnsi" w:hAnsiTheme="majorHAnsi" w:cstheme="majorHAnsi"/>
          <w:bCs/>
          <w:lang w:val="es-ES"/>
        </w:rPr>
      </w:pPr>
      <w:r w:rsidRPr="0029772E">
        <w:rPr>
          <w:rFonts w:asciiTheme="majorHAnsi" w:hAnsiTheme="majorHAnsi" w:cstheme="majorHAnsi"/>
          <w:bCs/>
          <w:lang w:val="es-ES"/>
        </w:rPr>
        <w:t>Integrantes (detallar función: investigador, asistente de investigación, asesor, etc.; no incluir posgrados en curso, solamente títulos obtenidos):</w:t>
      </w:r>
    </w:p>
    <w:p w:rsidR="00803F3C" w:rsidRPr="0029772E" w:rsidRDefault="00803F3C" w:rsidP="0029772E">
      <w:pPr>
        <w:pStyle w:val="NormalWeb"/>
        <w:spacing w:before="0" w:beforeAutospacing="0" w:after="0" w:afterAutospacing="0"/>
        <w:rPr>
          <w:rFonts w:asciiTheme="majorHAnsi" w:hAnsiTheme="majorHAnsi" w:cstheme="majorHAnsi"/>
          <w:bCs/>
          <w:lang w:val="es-ES"/>
        </w:rPr>
      </w:pPr>
    </w:p>
    <w:tbl>
      <w:tblPr>
        <w:tblW w:w="10489" w:type="dxa"/>
        <w:jc w:val="center"/>
        <w:tblInd w:w="-73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52"/>
        <w:gridCol w:w="2334"/>
        <w:gridCol w:w="2123"/>
        <w:gridCol w:w="2980"/>
      </w:tblGrid>
      <w:tr w:rsidR="0029772E" w:rsidRPr="0029772E" w:rsidTr="0029772E">
        <w:trPr>
          <w:jc w:val="center"/>
        </w:trPr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D4B4" w:themeFill="accent6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9772E" w:rsidRPr="0029772E" w:rsidRDefault="0029772E" w:rsidP="0029772E">
            <w:pPr>
              <w:pStyle w:val="NormalWeb"/>
              <w:jc w:val="center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29772E">
              <w:rPr>
                <w:rFonts w:asciiTheme="majorHAnsi" w:hAnsiTheme="majorHAnsi" w:cstheme="majorHAnsi"/>
                <w:b/>
                <w:bCs/>
                <w:lang w:val="es-ES"/>
              </w:rPr>
              <w:t>Nombre y apellido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D4B4" w:themeFill="accent6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9772E" w:rsidRPr="0029772E" w:rsidRDefault="0029772E" w:rsidP="0029772E">
            <w:pPr>
              <w:pStyle w:val="NormalWeb"/>
              <w:jc w:val="center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29772E">
              <w:rPr>
                <w:rFonts w:asciiTheme="majorHAnsi" w:hAnsiTheme="majorHAnsi" w:cstheme="majorHAnsi"/>
                <w:b/>
                <w:bCs/>
                <w:lang w:val="es-ES"/>
              </w:rPr>
              <w:t>Función en el proyecto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D4B4" w:themeFill="accent6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9772E" w:rsidRPr="0029772E" w:rsidRDefault="0029772E" w:rsidP="0029772E">
            <w:pPr>
              <w:pStyle w:val="NormalWeb"/>
              <w:jc w:val="center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29772E">
              <w:rPr>
                <w:rFonts w:asciiTheme="majorHAnsi" w:hAnsiTheme="majorHAnsi" w:cstheme="majorHAnsi"/>
                <w:b/>
                <w:bCs/>
                <w:lang w:val="es-ES"/>
              </w:rPr>
              <w:t>Título de posgrado (si lo tiene), año y universidad que lo expidió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D4B4" w:themeFill="accent6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9772E" w:rsidRPr="0029772E" w:rsidRDefault="0029772E" w:rsidP="0029772E">
            <w:pPr>
              <w:pStyle w:val="NormalWeb"/>
              <w:jc w:val="center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29772E">
              <w:rPr>
                <w:rFonts w:asciiTheme="majorHAnsi" w:hAnsiTheme="majorHAnsi" w:cstheme="majorHAnsi"/>
                <w:b/>
                <w:bCs/>
                <w:lang w:val="es-ES"/>
              </w:rPr>
              <w:t>Evaluación del desempeño de integrantes por parte del/la Director/a (Satisfactorio o No Satisfactorio)</w:t>
            </w:r>
          </w:p>
        </w:tc>
      </w:tr>
      <w:tr w:rsidR="0029772E" w:rsidRPr="0029772E" w:rsidTr="0029772E">
        <w:trPr>
          <w:jc w:val="center"/>
        </w:trPr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</w:tr>
      <w:tr w:rsidR="0029772E" w:rsidRPr="0029772E" w:rsidTr="0029772E">
        <w:trPr>
          <w:jc w:val="center"/>
        </w:trPr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</w:tr>
      <w:tr w:rsidR="0029772E" w:rsidRPr="0029772E" w:rsidTr="0029772E">
        <w:trPr>
          <w:jc w:val="center"/>
        </w:trPr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</w:tr>
      <w:tr w:rsidR="0029772E" w:rsidRPr="0029772E" w:rsidTr="0029772E">
        <w:trPr>
          <w:jc w:val="center"/>
        </w:trPr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</w:tr>
      <w:tr w:rsidR="0029772E" w:rsidRPr="0029772E" w:rsidTr="0029772E">
        <w:trPr>
          <w:jc w:val="center"/>
        </w:trPr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</w:tr>
      <w:tr w:rsidR="0029772E" w:rsidRPr="0029772E" w:rsidTr="0029772E">
        <w:trPr>
          <w:jc w:val="center"/>
        </w:trPr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9772E" w:rsidRPr="0029772E" w:rsidRDefault="0029772E" w:rsidP="0029772E">
            <w:pPr>
              <w:pStyle w:val="NormalWeb"/>
              <w:rPr>
                <w:rFonts w:asciiTheme="majorHAnsi" w:hAnsiTheme="majorHAnsi" w:cstheme="majorHAnsi"/>
                <w:bCs/>
                <w:lang w:val="es-ES"/>
              </w:rPr>
            </w:pPr>
          </w:p>
        </w:tc>
      </w:tr>
    </w:tbl>
    <w:p w:rsidR="0029772E" w:rsidRPr="00903674" w:rsidRDefault="0029772E" w:rsidP="0029772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 xml:space="preserve">(Agregar </w:t>
      </w:r>
      <w:r>
        <w:rPr>
          <w:rFonts w:asciiTheme="majorHAnsi" w:hAnsiTheme="majorHAnsi" w:cstheme="majorHAnsi"/>
        </w:rPr>
        <w:t xml:space="preserve">o quitar filas </w:t>
      </w:r>
      <w:r w:rsidRPr="00903674">
        <w:rPr>
          <w:rFonts w:asciiTheme="majorHAnsi" w:hAnsiTheme="majorHAnsi" w:cstheme="majorHAnsi"/>
        </w:rPr>
        <w:t>según corresponda)</w:t>
      </w:r>
    </w:p>
    <w:p w:rsidR="0029772E" w:rsidRDefault="0029772E" w:rsidP="00604E82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</w:p>
    <w:p w:rsidR="00DD6458" w:rsidRPr="00903674" w:rsidRDefault="0029772E" w:rsidP="008A444D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1.3</w:t>
      </w:r>
      <w:r w:rsidR="00DD6458" w:rsidRPr="00903674">
        <w:rPr>
          <w:rFonts w:asciiTheme="majorHAnsi" w:hAnsiTheme="majorHAnsi" w:cstheme="majorHAnsi"/>
          <w:b/>
          <w:bCs/>
        </w:rPr>
        <w:t xml:space="preserve">. </w:t>
      </w:r>
      <w:r>
        <w:rPr>
          <w:rFonts w:asciiTheme="majorHAnsi" w:hAnsiTheme="majorHAnsi" w:cstheme="majorHAnsi"/>
          <w:b/>
          <w:bCs/>
        </w:rPr>
        <w:t>Vigencia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DD6458" w:rsidRPr="00903674" w:rsidTr="00DD6458">
        <w:tc>
          <w:tcPr>
            <w:tcW w:w="8780" w:type="dxa"/>
          </w:tcPr>
          <w:p w:rsidR="00DD6458" w:rsidRPr="00903674" w:rsidRDefault="0029772E" w:rsidP="008A444D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Fecha de inicio -</w:t>
            </w:r>
          </w:p>
        </w:tc>
      </w:tr>
      <w:tr w:rsidR="0029772E" w:rsidRPr="00903674" w:rsidTr="00DD6458">
        <w:tc>
          <w:tcPr>
            <w:tcW w:w="8780" w:type="dxa"/>
          </w:tcPr>
          <w:p w:rsidR="0029772E" w:rsidRDefault="0029772E" w:rsidP="008A444D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Fecha de Finalización -</w:t>
            </w:r>
          </w:p>
        </w:tc>
      </w:tr>
      <w:tr w:rsidR="0029772E" w:rsidRPr="00903674" w:rsidTr="00DD6458">
        <w:tc>
          <w:tcPr>
            <w:tcW w:w="8780" w:type="dxa"/>
          </w:tcPr>
          <w:p w:rsidR="0029772E" w:rsidRDefault="0029772E" w:rsidP="008A444D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Prórroga - </w:t>
            </w:r>
          </w:p>
        </w:tc>
      </w:tr>
    </w:tbl>
    <w:p w:rsidR="00DD6458" w:rsidRPr="00903674" w:rsidRDefault="00DD6458" w:rsidP="008A444D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C131E8" w:rsidRPr="00903674" w:rsidRDefault="00C131E8" w:rsidP="00C131E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8"/>
        </w:rPr>
      </w:pPr>
      <w:r w:rsidRPr="00903674">
        <w:rPr>
          <w:rFonts w:asciiTheme="majorHAnsi" w:hAnsiTheme="majorHAnsi" w:cstheme="majorHAnsi"/>
          <w:b/>
          <w:bCs/>
          <w:sz w:val="28"/>
        </w:rPr>
        <w:t xml:space="preserve">2. </w:t>
      </w:r>
      <w:r w:rsidR="0029772E">
        <w:rPr>
          <w:rFonts w:asciiTheme="majorHAnsi" w:hAnsiTheme="majorHAnsi" w:cstheme="majorHAnsi"/>
          <w:b/>
          <w:bCs/>
          <w:sz w:val="28"/>
        </w:rPr>
        <w:t>RESUMEN</w:t>
      </w:r>
      <w:r w:rsidRPr="00903674">
        <w:rPr>
          <w:rFonts w:asciiTheme="majorHAnsi" w:hAnsiTheme="majorHAnsi" w:cstheme="majorHAnsi"/>
          <w:b/>
          <w:bCs/>
          <w:sz w:val="28"/>
        </w:rPr>
        <w:t xml:space="preserve"> DEL PROYECTO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C131E8" w:rsidRPr="00903674" w:rsidTr="00C131E8">
        <w:tc>
          <w:tcPr>
            <w:tcW w:w="8780" w:type="dxa"/>
          </w:tcPr>
          <w:p w:rsidR="00C131E8" w:rsidRPr="0029772E" w:rsidRDefault="0029772E" w:rsidP="00C131E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29772E">
              <w:rPr>
                <w:rFonts w:asciiTheme="majorHAnsi" w:hAnsiTheme="majorHAnsi" w:cstheme="majorHAnsi"/>
                <w:lang w:val="es-ES"/>
              </w:rPr>
              <w:t>Resumen de la labor realizada (máximo 3 páginas) y metas alcanzadas según los objetivos planteados en el proyecto</w:t>
            </w:r>
          </w:p>
        </w:tc>
      </w:tr>
    </w:tbl>
    <w:p w:rsidR="003714E4" w:rsidRPr="00903674" w:rsidRDefault="003714E4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C131E8" w:rsidRDefault="00EF44B4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8"/>
        </w:rPr>
      </w:pPr>
      <w:r w:rsidRPr="00903674">
        <w:rPr>
          <w:rFonts w:asciiTheme="majorHAnsi" w:hAnsiTheme="majorHAnsi" w:cstheme="majorHAnsi"/>
          <w:b/>
          <w:bCs/>
          <w:sz w:val="28"/>
        </w:rPr>
        <w:lastRenderedPageBreak/>
        <w:t xml:space="preserve">3. </w:t>
      </w:r>
      <w:r w:rsidR="0029772E">
        <w:rPr>
          <w:rFonts w:asciiTheme="majorHAnsi" w:hAnsiTheme="majorHAnsi" w:cstheme="majorHAnsi"/>
          <w:b/>
          <w:bCs/>
          <w:sz w:val="28"/>
        </w:rPr>
        <w:t>PRODUCCIÓN CIENTÍFICA DEL PROYECTO</w:t>
      </w:r>
    </w:p>
    <w:p w:rsidR="0077377C" w:rsidRPr="00903674" w:rsidRDefault="0077377C" w:rsidP="0077377C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3</w:t>
      </w:r>
      <w:r w:rsidRPr="00903674">
        <w:rPr>
          <w:rFonts w:asciiTheme="majorHAnsi" w:hAnsiTheme="majorHAnsi" w:cstheme="majorHAnsi"/>
          <w:b/>
          <w:bCs/>
        </w:rPr>
        <w:t xml:space="preserve">.1. </w:t>
      </w:r>
      <w:r w:rsidRPr="0077377C">
        <w:rPr>
          <w:rFonts w:asciiTheme="majorHAnsi" w:hAnsiTheme="majorHAnsi" w:cstheme="majorHAnsi"/>
          <w:b/>
          <w:bCs/>
          <w:lang w:val="es-ES"/>
        </w:rPr>
        <w:t>Publicación y difusión de resultados</w:t>
      </w:r>
    </w:p>
    <w:p w:rsidR="0077377C" w:rsidRPr="0077377C" w:rsidRDefault="0077377C" w:rsidP="0077377C">
      <w:pPr>
        <w:pStyle w:val="NormalWeb"/>
        <w:spacing w:before="0" w:beforeAutospacing="0" w:after="0" w:afterAutospacing="0"/>
        <w:rPr>
          <w:rFonts w:asciiTheme="majorHAnsi" w:hAnsiTheme="majorHAnsi" w:cstheme="majorHAnsi"/>
          <w:bCs/>
          <w:lang w:val="es-ES"/>
        </w:rPr>
      </w:pPr>
      <w:r>
        <w:rPr>
          <w:rFonts w:asciiTheme="majorHAnsi" w:hAnsiTheme="majorHAnsi" w:cstheme="majorHAnsi"/>
          <w:bCs/>
        </w:rPr>
        <w:t>3</w:t>
      </w:r>
      <w:r w:rsidRPr="0077377C">
        <w:rPr>
          <w:rFonts w:asciiTheme="majorHAnsi" w:hAnsiTheme="majorHAnsi" w:cstheme="majorHAnsi"/>
          <w:bCs/>
        </w:rPr>
        <w:t xml:space="preserve">.1.1 </w:t>
      </w:r>
      <w:r w:rsidRPr="0077377C">
        <w:rPr>
          <w:rFonts w:asciiTheme="majorHAnsi" w:hAnsiTheme="majorHAnsi" w:cstheme="majorHAnsi"/>
          <w:bCs/>
          <w:lang w:val="es-ES"/>
        </w:rPr>
        <w:t>Libros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EF44B4" w:rsidRPr="00903674" w:rsidTr="00EF44B4">
        <w:tc>
          <w:tcPr>
            <w:tcW w:w="8780" w:type="dxa"/>
          </w:tcPr>
          <w:p w:rsidR="00EF44B4" w:rsidRPr="0077377C" w:rsidRDefault="0077377C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77377C">
              <w:rPr>
                <w:rFonts w:asciiTheme="majorHAnsi" w:hAnsiTheme="majorHAnsi" w:cstheme="majorHAnsi"/>
                <w:bCs/>
                <w:lang w:val="es-ES"/>
              </w:rPr>
              <w:t>(Autor/es o editor/es, año,  título, Editorial, lugar de edición, cantidad total de páginas, ISBN)</w:t>
            </w:r>
          </w:p>
          <w:p w:rsidR="0077377C" w:rsidRPr="0077377C" w:rsidRDefault="0077377C" w:rsidP="0077377C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77377C">
              <w:rPr>
                <w:rFonts w:asciiTheme="majorHAnsi" w:hAnsiTheme="majorHAnsi" w:cstheme="majorHAnsi"/>
                <w:bCs/>
                <w:lang w:val="es-ES"/>
              </w:rPr>
              <w:t>(Autor/es o editor/es, año,  título, Editorial, lugar de edición, cantidad total de páginas, ISBN)</w:t>
            </w:r>
          </w:p>
          <w:p w:rsidR="00EF44B4" w:rsidRPr="00903674" w:rsidRDefault="0077377C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77377C">
              <w:rPr>
                <w:rFonts w:asciiTheme="majorHAnsi" w:hAnsiTheme="majorHAnsi" w:cstheme="majorHAnsi"/>
                <w:bCs/>
                <w:lang w:val="es-ES"/>
              </w:rPr>
              <w:t>(Autor/es o editor/es, año,  título, Editorial, lugar de edición, cantidad total de páginas, ISBN)</w:t>
            </w:r>
          </w:p>
        </w:tc>
      </w:tr>
    </w:tbl>
    <w:p w:rsidR="003714E4" w:rsidRDefault="003714E4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77377C" w:rsidRPr="0077377C" w:rsidRDefault="0077377C" w:rsidP="0077377C">
      <w:pPr>
        <w:pStyle w:val="NormalWeb"/>
        <w:spacing w:before="0" w:beforeAutospacing="0" w:after="0" w:afterAutospacing="0"/>
        <w:rPr>
          <w:rFonts w:asciiTheme="majorHAnsi" w:hAnsiTheme="majorHAnsi" w:cstheme="majorHAnsi"/>
          <w:bCs/>
          <w:lang w:val="es-ES"/>
        </w:rPr>
      </w:pPr>
      <w:r>
        <w:rPr>
          <w:rFonts w:asciiTheme="majorHAnsi" w:hAnsiTheme="majorHAnsi" w:cstheme="majorHAnsi"/>
          <w:bCs/>
        </w:rPr>
        <w:t>3.1.2</w:t>
      </w:r>
      <w:r w:rsidRPr="0077377C">
        <w:rPr>
          <w:rFonts w:asciiTheme="majorHAnsi" w:hAnsiTheme="majorHAnsi" w:cstheme="majorHAnsi"/>
          <w:bCs/>
        </w:rPr>
        <w:t xml:space="preserve"> Capítulos de libros</w:t>
      </w:r>
      <w:r>
        <w:t xml:space="preserve"> 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77377C" w:rsidRPr="00903674" w:rsidTr="00BB74D9">
        <w:tc>
          <w:tcPr>
            <w:tcW w:w="8780" w:type="dxa"/>
          </w:tcPr>
          <w:p w:rsidR="0077377C" w:rsidRPr="0077377C" w:rsidRDefault="0077377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Cs/>
              </w:rPr>
            </w:pPr>
            <w:r w:rsidRPr="0077377C">
              <w:rPr>
                <w:rFonts w:asciiTheme="majorHAnsi" w:hAnsiTheme="majorHAnsi" w:cstheme="majorHAnsi"/>
                <w:bCs/>
              </w:rPr>
              <w:t>- (Autor/es, año, título del capítulo, título del libro, compilador/es o editor/es del libro,  Editorial, lugar de edición, páginas que abarca el capítulo, ISBN)</w:t>
            </w:r>
          </w:p>
          <w:p w:rsidR="0077377C" w:rsidRPr="0077377C" w:rsidRDefault="0077377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Cs/>
              </w:rPr>
            </w:pPr>
            <w:r w:rsidRPr="0077377C">
              <w:rPr>
                <w:rFonts w:asciiTheme="majorHAnsi" w:hAnsiTheme="majorHAnsi" w:cstheme="majorHAnsi"/>
                <w:bCs/>
              </w:rPr>
              <w:t>- (Autor/es, año, título del capítulo, título del libro, compilador/es o editor/es del libro,  Editorial, lugar de edición, páginas que abarca el capítulo, ISBN)</w:t>
            </w:r>
          </w:p>
          <w:p w:rsidR="0077377C" w:rsidRPr="00903674" w:rsidRDefault="0077377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77377C">
              <w:rPr>
                <w:rFonts w:asciiTheme="majorHAnsi" w:hAnsiTheme="majorHAnsi" w:cstheme="majorHAnsi"/>
                <w:bCs/>
              </w:rPr>
              <w:t>- (Autor/es, año, título del capítulo, título del libro, compilador/es o editor/es del libro,  Editorial, lugar de edición, páginas que abarca el capítulo, ISBN)</w:t>
            </w:r>
          </w:p>
        </w:tc>
      </w:tr>
    </w:tbl>
    <w:p w:rsidR="0077377C" w:rsidRDefault="0077377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77377C" w:rsidRPr="0077377C" w:rsidRDefault="0077377C" w:rsidP="0077377C">
      <w:pPr>
        <w:pStyle w:val="NormalWeb"/>
        <w:spacing w:before="0" w:beforeAutospacing="0" w:after="0" w:afterAutospacing="0"/>
        <w:rPr>
          <w:rFonts w:asciiTheme="majorHAnsi" w:hAnsiTheme="majorHAnsi" w:cstheme="majorHAnsi"/>
          <w:bCs/>
          <w:lang w:val="es-ES"/>
        </w:rPr>
      </w:pPr>
      <w:r>
        <w:rPr>
          <w:rFonts w:asciiTheme="majorHAnsi" w:hAnsiTheme="majorHAnsi" w:cstheme="majorHAnsi"/>
          <w:bCs/>
        </w:rPr>
        <w:t>3</w:t>
      </w:r>
      <w:r w:rsidRPr="0077377C">
        <w:rPr>
          <w:rFonts w:asciiTheme="majorHAnsi" w:hAnsiTheme="majorHAnsi" w:cstheme="majorHAnsi"/>
          <w:bCs/>
        </w:rPr>
        <w:t>.1.</w:t>
      </w:r>
      <w:r>
        <w:rPr>
          <w:rFonts w:asciiTheme="majorHAnsi" w:hAnsiTheme="majorHAnsi" w:cstheme="majorHAnsi"/>
          <w:bCs/>
        </w:rPr>
        <w:t>3</w:t>
      </w:r>
      <w:r w:rsidRPr="0077377C">
        <w:rPr>
          <w:rFonts w:asciiTheme="majorHAnsi" w:hAnsiTheme="majorHAnsi" w:cstheme="majorHAnsi"/>
          <w:bCs/>
        </w:rPr>
        <w:t xml:space="preserve"> </w:t>
      </w:r>
      <w:r w:rsidRPr="0077377C">
        <w:rPr>
          <w:rFonts w:asciiTheme="majorHAnsi" w:hAnsiTheme="majorHAnsi" w:cstheme="majorHAnsi"/>
          <w:bCs/>
          <w:lang w:val="es-ES"/>
        </w:rPr>
        <w:t>Artículos en revistas científicas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77377C" w:rsidRPr="00903674" w:rsidTr="00BB74D9">
        <w:tc>
          <w:tcPr>
            <w:tcW w:w="8780" w:type="dxa"/>
          </w:tcPr>
          <w:p w:rsidR="0077377C" w:rsidRDefault="0077377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Cs/>
                <w:lang w:val="es-ES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77377C">
              <w:rPr>
                <w:rFonts w:asciiTheme="majorHAnsi" w:hAnsiTheme="majorHAnsi" w:cstheme="majorHAnsi"/>
                <w:bCs/>
                <w:lang w:val="es-ES"/>
              </w:rPr>
              <w:t>(Autor/es, año,  título del artículo, Revista en que se publicó el artículo, páginas)</w:t>
            </w:r>
          </w:p>
          <w:p w:rsidR="0077377C" w:rsidRDefault="0077377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Cs/>
                <w:lang w:val="es-ES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77377C">
              <w:rPr>
                <w:rFonts w:asciiTheme="majorHAnsi" w:hAnsiTheme="majorHAnsi" w:cstheme="majorHAnsi"/>
                <w:bCs/>
                <w:lang w:val="es-ES"/>
              </w:rPr>
              <w:t>(Autor/es, año,  título del artículo, Revista en que se publicó el artículo, páginas)</w:t>
            </w:r>
          </w:p>
          <w:p w:rsidR="0077377C" w:rsidRPr="00903674" w:rsidRDefault="0077377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77377C">
              <w:rPr>
                <w:rFonts w:asciiTheme="majorHAnsi" w:hAnsiTheme="majorHAnsi" w:cstheme="majorHAnsi"/>
                <w:bCs/>
                <w:lang w:val="es-ES"/>
              </w:rPr>
              <w:t>(Autor/es, año,  título del artículo, Revista en que se publicó el artículo, páginas)</w:t>
            </w:r>
          </w:p>
        </w:tc>
      </w:tr>
    </w:tbl>
    <w:p w:rsidR="0077377C" w:rsidRDefault="0077377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77377C" w:rsidRPr="0077377C" w:rsidRDefault="0077377C" w:rsidP="0077377C">
      <w:pPr>
        <w:pStyle w:val="NormalWeb"/>
        <w:spacing w:before="0" w:beforeAutospacing="0" w:after="0" w:afterAutospacing="0"/>
        <w:rPr>
          <w:rFonts w:asciiTheme="majorHAnsi" w:hAnsiTheme="majorHAnsi" w:cstheme="majorHAnsi"/>
          <w:bCs/>
          <w:lang w:val="es-ES"/>
        </w:rPr>
      </w:pPr>
      <w:r>
        <w:rPr>
          <w:rFonts w:asciiTheme="majorHAnsi" w:hAnsiTheme="majorHAnsi" w:cstheme="majorHAnsi"/>
          <w:bCs/>
        </w:rPr>
        <w:t>3.1.4</w:t>
      </w:r>
      <w:r w:rsidRPr="0077377C">
        <w:rPr>
          <w:rFonts w:asciiTheme="majorHAnsi" w:hAnsiTheme="majorHAnsi" w:cstheme="majorHAnsi"/>
          <w:bCs/>
        </w:rPr>
        <w:t xml:space="preserve"> </w:t>
      </w:r>
      <w:r w:rsidRPr="0077377C">
        <w:rPr>
          <w:rFonts w:asciiTheme="majorHAnsi" w:hAnsiTheme="majorHAnsi" w:cstheme="majorHAnsi"/>
          <w:bCs/>
          <w:lang w:val="es-ES"/>
        </w:rPr>
        <w:t>Reseñas bibliográficas en revistas científicas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77377C" w:rsidRPr="00903674" w:rsidTr="00BB74D9">
        <w:tc>
          <w:tcPr>
            <w:tcW w:w="8780" w:type="dxa"/>
          </w:tcPr>
          <w:p w:rsidR="0077377C" w:rsidRDefault="0077377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Cs/>
                <w:lang w:val="es-ES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77377C">
              <w:rPr>
                <w:rFonts w:asciiTheme="majorHAnsi" w:hAnsiTheme="majorHAnsi" w:cstheme="majorHAnsi"/>
                <w:bCs/>
                <w:lang w:val="es-ES"/>
              </w:rPr>
              <w:t>(Autor/es, año,  título de la reseña, Revista en que se publicó, páginas)</w:t>
            </w:r>
          </w:p>
          <w:p w:rsidR="0077377C" w:rsidRDefault="0077377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Cs/>
                <w:lang w:val="es-ES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77377C">
              <w:rPr>
                <w:rFonts w:asciiTheme="majorHAnsi" w:hAnsiTheme="majorHAnsi" w:cstheme="majorHAnsi"/>
                <w:bCs/>
                <w:lang w:val="es-ES"/>
              </w:rPr>
              <w:t>(Autor/es, año,  título de la reseña, Revista en que se publicó, páginas)</w:t>
            </w:r>
          </w:p>
          <w:p w:rsidR="0077377C" w:rsidRPr="00903674" w:rsidRDefault="0077377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77377C">
              <w:rPr>
                <w:rFonts w:asciiTheme="majorHAnsi" w:hAnsiTheme="majorHAnsi" w:cstheme="majorHAnsi"/>
                <w:bCs/>
                <w:lang w:val="es-ES"/>
              </w:rPr>
              <w:t>(Autor/es, año,  título de la reseña, Revista en que se publicó, páginas)</w:t>
            </w:r>
          </w:p>
        </w:tc>
      </w:tr>
    </w:tbl>
    <w:p w:rsidR="0077377C" w:rsidRDefault="0077377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803F3C" w:rsidRPr="00803F3C" w:rsidRDefault="00803F3C" w:rsidP="00803F3C">
      <w:pPr>
        <w:pStyle w:val="NormalWeb"/>
        <w:spacing w:before="0" w:beforeAutospacing="0" w:after="0" w:afterAutospacing="0"/>
        <w:rPr>
          <w:rFonts w:asciiTheme="majorHAnsi" w:hAnsiTheme="majorHAnsi" w:cstheme="majorHAnsi"/>
          <w:bCs/>
          <w:lang w:val="es-ES"/>
        </w:rPr>
      </w:pPr>
      <w:r>
        <w:rPr>
          <w:rFonts w:asciiTheme="majorHAnsi" w:hAnsiTheme="majorHAnsi" w:cstheme="majorHAnsi"/>
          <w:bCs/>
        </w:rPr>
        <w:t>3.1.5</w:t>
      </w:r>
      <w:r w:rsidRPr="0077377C">
        <w:rPr>
          <w:rFonts w:asciiTheme="majorHAnsi" w:hAnsiTheme="majorHAnsi" w:cstheme="majorHAnsi"/>
          <w:bCs/>
        </w:rPr>
        <w:t xml:space="preserve"> </w:t>
      </w:r>
      <w:r w:rsidRPr="00803F3C">
        <w:rPr>
          <w:rFonts w:asciiTheme="majorHAnsi" w:hAnsiTheme="majorHAnsi" w:cstheme="majorHAnsi"/>
          <w:bCs/>
          <w:lang w:val="es-ES"/>
        </w:rPr>
        <w:t>Trabajos presentados en eventos científicos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803F3C" w:rsidRPr="00903674" w:rsidTr="00BB74D9">
        <w:tc>
          <w:tcPr>
            <w:tcW w:w="878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Cs/>
                <w:lang w:val="es-ES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803F3C">
              <w:rPr>
                <w:rFonts w:asciiTheme="majorHAnsi" w:hAnsiTheme="majorHAnsi" w:cstheme="majorHAnsi"/>
                <w:bCs/>
                <w:lang w:val="es-ES"/>
              </w:rPr>
              <w:t>(Autor/es, Título del trabajo, Nombre del evento o reunión científica, Lugar y fecha de realización. Tipo de trabajo -ponencia, comunicación, conferencia, poster- indicar si se publicó en actas)</w:t>
            </w:r>
          </w:p>
          <w:p w:rsidR="00803F3C" w:rsidRDefault="00803F3C" w:rsidP="00803F3C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Cs/>
                <w:lang w:val="es-ES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803F3C">
              <w:rPr>
                <w:rFonts w:asciiTheme="majorHAnsi" w:hAnsiTheme="majorHAnsi" w:cstheme="majorHAnsi"/>
                <w:bCs/>
                <w:lang w:val="es-ES"/>
              </w:rPr>
              <w:t>(Autor/es, Título del trabajo, Nombre del evento o reunión científica, Lugar y fecha de realización. Tipo de trabajo -ponencia, comunicación, conferencia, poster- indicar si se publicó en actas)</w:t>
            </w:r>
          </w:p>
          <w:p w:rsidR="00803F3C" w:rsidRP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Cs/>
                <w:lang w:val="es-ES"/>
              </w:rPr>
            </w:pPr>
            <w:r>
              <w:rPr>
                <w:rFonts w:asciiTheme="majorHAnsi" w:hAnsiTheme="majorHAnsi" w:cstheme="majorHAnsi"/>
                <w:bCs/>
                <w:lang w:val="es-ES"/>
              </w:rPr>
              <w:t xml:space="preserve">- </w:t>
            </w:r>
            <w:r w:rsidRPr="00803F3C">
              <w:rPr>
                <w:rFonts w:asciiTheme="majorHAnsi" w:hAnsiTheme="majorHAnsi" w:cstheme="majorHAnsi"/>
                <w:bCs/>
                <w:lang w:val="es-ES"/>
              </w:rPr>
              <w:t>(Autor/es, Título del trabajo, Nombre del evento o reunión científica, Lugar y fecha de realización. Tipo de trabajo -ponencia, comunicación, conferencia, poster- indicar si se publicó en actas)</w:t>
            </w:r>
          </w:p>
        </w:tc>
      </w:tr>
    </w:tbl>
    <w:p w:rsidR="00803F3C" w:rsidRDefault="00803F3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803F3C" w:rsidRPr="00903674" w:rsidRDefault="00803F3C" w:rsidP="00803F3C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8"/>
        </w:rPr>
      </w:pPr>
      <w:r>
        <w:rPr>
          <w:rFonts w:asciiTheme="majorHAnsi" w:hAnsiTheme="majorHAnsi" w:cstheme="majorHAnsi"/>
          <w:b/>
          <w:bCs/>
          <w:sz w:val="28"/>
        </w:rPr>
        <w:t>4</w:t>
      </w:r>
      <w:r w:rsidRPr="00903674">
        <w:rPr>
          <w:rFonts w:asciiTheme="majorHAnsi" w:hAnsiTheme="majorHAnsi" w:cstheme="majorHAnsi"/>
          <w:b/>
          <w:bCs/>
          <w:sz w:val="28"/>
        </w:rPr>
        <w:t xml:space="preserve">. </w:t>
      </w:r>
      <w:r w:rsidR="0096717D">
        <w:rPr>
          <w:rFonts w:asciiTheme="majorHAnsi" w:hAnsiTheme="majorHAnsi" w:cstheme="majorHAnsi"/>
          <w:b/>
          <w:bCs/>
          <w:sz w:val="28"/>
          <w:lang w:val="es-ES"/>
        </w:rPr>
        <w:t>COMUNICACIÓN</w:t>
      </w:r>
      <w:bookmarkStart w:id="0" w:name="_GoBack"/>
      <w:bookmarkEnd w:id="0"/>
      <w:r w:rsidRPr="00803F3C">
        <w:rPr>
          <w:rFonts w:asciiTheme="majorHAnsi" w:hAnsiTheme="majorHAnsi" w:cstheme="majorHAnsi"/>
          <w:b/>
          <w:bCs/>
          <w:sz w:val="28"/>
          <w:lang w:val="es-ES"/>
        </w:rPr>
        <w:t xml:space="preserve"> DE RESULTADOS</w:t>
      </w:r>
    </w:p>
    <w:p w:rsidR="00803F3C" w:rsidRPr="00803F3C" w:rsidRDefault="00803F3C" w:rsidP="00803F3C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val="es-ES"/>
        </w:rPr>
      </w:pPr>
      <w:r w:rsidRPr="00803F3C">
        <w:rPr>
          <w:rFonts w:asciiTheme="majorHAnsi" w:hAnsiTheme="majorHAnsi" w:cstheme="majorHAnsi"/>
          <w:lang w:val="es-ES"/>
        </w:rPr>
        <w:t>(contrato/convenio, asesoría técnica, informe, etc.)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803F3C" w:rsidRPr="00903674" w:rsidTr="00BB74D9">
        <w:tc>
          <w:tcPr>
            <w:tcW w:w="8780" w:type="dxa"/>
          </w:tcPr>
          <w:p w:rsidR="00803F3C" w:rsidRPr="00803F3C" w:rsidRDefault="00803F3C" w:rsidP="00803F3C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Tipo de actividad de transferencia:</w:t>
            </w:r>
          </w:p>
          <w:p w:rsidR="00803F3C" w:rsidRPr="00803F3C" w:rsidRDefault="00803F3C" w:rsidP="00803F3C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lastRenderedPageBreak/>
              <w:t>Organización o población beneficiada:</w:t>
            </w:r>
          </w:p>
          <w:p w:rsidR="00803F3C" w:rsidRPr="00803F3C" w:rsidRDefault="00803F3C" w:rsidP="00803F3C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Lugar y periodo en que se desarrolló la actividad:</w:t>
            </w:r>
          </w:p>
          <w:p w:rsidR="00803F3C" w:rsidRP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Nº de Resolución que avaló la actividad:</w:t>
            </w:r>
          </w:p>
        </w:tc>
      </w:tr>
      <w:tr w:rsidR="00803F3C" w:rsidRPr="00903674" w:rsidTr="00BB74D9">
        <w:tc>
          <w:tcPr>
            <w:tcW w:w="8780" w:type="dxa"/>
          </w:tcPr>
          <w:p w:rsidR="00803F3C" w:rsidRPr="00803F3C" w:rsidRDefault="00803F3C" w:rsidP="00803F3C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lastRenderedPageBreak/>
              <w:t>Resultados alcanzados (síntesis de hasta 200 caracteres):</w:t>
            </w:r>
          </w:p>
        </w:tc>
      </w:tr>
    </w:tbl>
    <w:p w:rsidR="00803F3C" w:rsidRDefault="00803F3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803F3C" w:rsidRPr="00903674" w:rsidRDefault="00803F3C" w:rsidP="00803F3C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8"/>
        </w:rPr>
      </w:pPr>
      <w:r w:rsidRPr="00903674">
        <w:rPr>
          <w:rFonts w:asciiTheme="majorHAnsi" w:hAnsiTheme="majorHAnsi" w:cstheme="majorHAnsi"/>
          <w:b/>
          <w:bCs/>
          <w:sz w:val="28"/>
        </w:rPr>
        <w:t xml:space="preserve">5. </w:t>
      </w:r>
      <w:r>
        <w:rPr>
          <w:rFonts w:asciiTheme="majorHAnsi" w:hAnsiTheme="majorHAnsi" w:cstheme="majorHAnsi"/>
          <w:b/>
          <w:bCs/>
          <w:sz w:val="28"/>
        </w:rPr>
        <w:t xml:space="preserve">FORMACIÓN DE </w:t>
      </w:r>
      <w:r w:rsidRPr="00903674">
        <w:rPr>
          <w:rFonts w:asciiTheme="majorHAnsi" w:hAnsiTheme="majorHAnsi" w:cstheme="majorHAnsi"/>
          <w:b/>
          <w:bCs/>
          <w:sz w:val="28"/>
        </w:rPr>
        <w:t>RECURSOS HUMANOS</w:t>
      </w:r>
    </w:p>
    <w:p w:rsidR="00803F3C" w:rsidRDefault="00803F3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val="es-ES"/>
        </w:rPr>
      </w:pPr>
      <w:r w:rsidRPr="00803F3C">
        <w:rPr>
          <w:rFonts w:asciiTheme="majorHAnsi" w:hAnsiTheme="majorHAnsi" w:cstheme="majorHAnsi"/>
          <w:lang w:val="es-ES"/>
        </w:rPr>
        <w:t xml:space="preserve">Dirección de becarios/as, </w:t>
      </w:r>
      <w:proofErr w:type="spellStart"/>
      <w:r w:rsidRPr="00803F3C">
        <w:rPr>
          <w:rFonts w:asciiTheme="majorHAnsi" w:hAnsiTheme="majorHAnsi" w:cstheme="majorHAnsi"/>
          <w:lang w:val="es-ES"/>
        </w:rPr>
        <w:t>tesistas</w:t>
      </w:r>
      <w:proofErr w:type="spellEnd"/>
      <w:r w:rsidRPr="00803F3C">
        <w:rPr>
          <w:rFonts w:asciiTheme="majorHAnsi" w:hAnsiTheme="majorHAnsi" w:cstheme="majorHAnsi"/>
          <w:lang w:val="es-ES"/>
        </w:rPr>
        <w:t>, pasantes en el marco del proyecto de investigación</w:t>
      </w:r>
    </w:p>
    <w:tbl>
      <w:tblPr>
        <w:tblStyle w:val="Tablaconcuadrcula"/>
        <w:tblW w:w="0" w:type="auto"/>
        <w:tblLook w:val="04A0"/>
      </w:tblPr>
      <w:tblGrid>
        <w:gridCol w:w="4390"/>
        <w:gridCol w:w="4390"/>
      </w:tblGrid>
      <w:tr w:rsidR="00803F3C" w:rsidTr="00803F3C">
        <w:tc>
          <w:tcPr>
            <w:tcW w:w="4390" w:type="dxa"/>
          </w:tcPr>
          <w:p w:rsidR="00803F3C" w:rsidRDefault="00803F3C" w:rsidP="003714E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 xml:space="preserve">Nombre del/la becario/a, pasante o </w:t>
            </w:r>
            <w:proofErr w:type="spellStart"/>
            <w:r w:rsidRPr="00803F3C">
              <w:rPr>
                <w:rFonts w:asciiTheme="majorHAnsi" w:hAnsiTheme="majorHAnsi" w:cstheme="majorHAnsi"/>
                <w:lang w:val="es-ES"/>
              </w:rPr>
              <w:t>tesista</w:t>
            </w:r>
            <w:proofErr w:type="spellEnd"/>
          </w:p>
        </w:tc>
        <w:tc>
          <w:tcPr>
            <w:tcW w:w="4390" w:type="dxa"/>
          </w:tcPr>
          <w:p w:rsidR="00803F3C" w:rsidRDefault="00803F3C" w:rsidP="003714E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803F3C" w:rsidTr="00803F3C">
        <w:tc>
          <w:tcPr>
            <w:tcW w:w="4390" w:type="dxa"/>
          </w:tcPr>
          <w:p w:rsidR="00803F3C" w:rsidRDefault="00803F3C" w:rsidP="003714E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Director/a</w:t>
            </w:r>
          </w:p>
        </w:tc>
        <w:tc>
          <w:tcPr>
            <w:tcW w:w="4390" w:type="dxa"/>
          </w:tcPr>
          <w:p w:rsidR="00803F3C" w:rsidRDefault="00803F3C" w:rsidP="003714E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803F3C" w:rsidTr="00803F3C">
        <w:tc>
          <w:tcPr>
            <w:tcW w:w="4390" w:type="dxa"/>
          </w:tcPr>
          <w:p w:rsidR="00803F3C" w:rsidRDefault="00803F3C" w:rsidP="003714E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Título del plan de trabajo o informe (aclarar de qué se trata)</w:t>
            </w:r>
          </w:p>
        </w:tc>
        <w:tc>
          <w:tcPr>
            <w:tcW w:w="4390" w:type="dxa"/>
          </w:tcPr>
          <w:p w:rsidR="00803F3C" w:rsidRDefault="00803F3C" w:rsidP="003714E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803F3C" w:rsidTr="00803F3C">
        <w:tc>
          <w:tcPr>
            <w:tcW w:w="4390" w:type="dxa"/>
          </w:tcPr>
          <w:p w:rsidR="00803F3C" w:rsidRDefault="00803F3C" w:rsidP="003714E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Periodo de realización</w:t>
            </w:r>
          </w:p>
        </w:tc>
        <w:tc>
          <w:tcPr>
            <w:tcW w:w="4390" w:type="dxa"/>
          </w:tcPr>
          <w:p w:rsidR="00803F3C" w:rsidRDefault="00803F3C" w:rsidP="003714E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803F3C" w:rsidRDefault="00803F3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val="es-ES"/>
        </w:rPr>
      </w:pPr>
    </w:p>
    <w:tbl>
      <w:tblPr>
        <w:tblStyle w:val="Tablaconcuadrcula"/>
        <w:tblW w:w="0" w:type="auto"/>
        <w:tblLook w:val="04A0"/>
      </w:tblPr>
      <w:tblGrid>
        <w:gridCol w:w="4390"/>
        <w:gridCol w:w="4390"/>
      </w:tblGrid>
      <w:tr w:rsidR="00803F3C" w:rsidTr="00BB74D9">
        <w:tc>
          <w:tcPr>
            <w:tcW w:w="439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 xml:space="preserve">Nombre del/la becario/a, pasante o </w:t>
            </w:r>
            <w:proofErr w:type="spellStart"/>
            <w:r w:rsidRPr="00803F3C">
              <w:rPr>
                <w:rFonts w:asciiTheme="majorHAnsi" w:hAnsiTheme="majorHAnsi" w:cstheme="majorHAnsi"/>
                <w:lang w:val="es-ES"/>
              </w:rPr>
              <w:t>tesista</w:t>
            </w:r>
            <w:proofErr w:type="spellEnd"/>
          </w:p>
        </w:tc>
        <w:tc>
          <w:tcPr>
            <w:tcW w:w="439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803F3C" w:rsidTr="00BB74D9">
        <w:tc>
          <w:tcPr>
            <w:tcW w:w="439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Director/a</w:t>
            </w:r>
          </w:p>
        </w:tc>
        <w:tc>
          <w:tcPr>
            <w:tcW w:w="439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803F3C" w:rsidTr="00BB74D9">
        <w:tc>
          <w:tcPr>
            <w:tcW w:w="439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Título del plan de trabajo o informe (aclarar de qué se trata)</w:t>
            </w:r>
          </w:p>
        </w:tc>
        <w:tc>
          <w:tcPr>
            <w:tcW w:w="439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803F3C" w:rsidTr="00BB74D9">
        <w:tc>
          <w:tcPr>
            <w:tcW w:w="439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Periodo de realización</w:t>
            </w:r>
          </w:p>
        </w:tc>
        <w:tc>
          <w:tcPr>
            <w:tcW w:w="439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803F3C" w:rsidRDefault="00803F3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val="es-ES"/>
        </w:rPr>
      </w:pPr>
    </w:p>
    <w:p w:rsidR="00803F3C" w:rsidRDefault="00803F3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b/>
          <w:bCs/>
          <w:sz w:val="28"/>
        </w:rPr>
        <w:t>6</w:t>
      </w:r>
      <w:r w:rsidRPr="00903674">
        <w:rPr>
          <w:rFonts w:asciiTheme="majorHAnsi" w:hAnsiTheme="majorHAnsi" w:cstheme="majorHAnsi"/>
          <w:b/>
          <w:bCs/>
          <w:sz w:val="28"/>
        </w:rPr>
        <w:t xml:space="preserve">. </w:t>
      </w:r>
      <w:r w:rsidRPr="00803F3C">
        <w:rPr>
          <w:rFonts w:asciiTheme="majorHAnsi" w:hAnsiTheme="majorHAnsi" w:cstheme="majorHAnsi"/>
          <w:b/>
          <w:bCs/>
          <w:sz w:val="28"/>
          <w:lang w:val="es-ES"/>
        </w:rPr>
        <w:t>ACTIVIDADES DE EXTENSIÓN VINCULADAS AL PROYECTO</w:t>
      </w:r>
    </w:p>
    <w:p w:rsidR="00803F3C" w:rsidRPr="00803F3C" w:rsidRDefault="00803F3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val="es-ES"/>
        </w:rPr>
      </w:pPr>
      <w:r w:rsidRPr="00803F3C">
        <w:rPr>
          <w:rFonts w:asciiTheme="majorHAnsi" w:hAnsiTheme="majorHAnsi" w:cstheme="majorHAnsi"/>
          <w:bCs/>
          <w:lang w:val="es-ES"/>
        </w:rPr>
        <w:t>Publicaciones de divulgación, talleres, charlas, actividades de intervención social/comunitaria, etc.</w:t>
      </w:r>
    </w:p>
    <w:tbl>
      <w:tblPr>
        <w:tblStyle w:val="Tablaconcuadrcula"/>
        <w:tblW w:w="0" w:type="auto"/>
        <w:tblLook w:val="04A0"/>
      </w:tblPr>
      <w:tblGrid>
        <w:gridCol w:w="4390"/>
        <w:gridCol w:w="4390"/>
      </w:tblGrid>
      <w:tr w:rsidR="00803F3C" w:rsidTr="00BB74D9">
        <w:tc>
          <w:tcPr>
            <w:tcW w:w="4390" w:type="dxa"/>
          </w:tcPr>
          <w:p w:rsidR="00803F3C" w:rsidRDefault="00527088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Tipo de actividad de extensión</w:t>
            </w:r>
          </w:p>
        </w:tc>
        <w:tc>
          <w:tcPr>
            <w:tcW w:w="439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803F3C" w:rsidTr="00BB74D9">
        <w:tc>
          <w:tcPr>
            <w:tcW w:w="4390" w:type="dxa"/>
          </w:tcPr>
          <w:p w:rsidR="00803F3C" w:rsidRDefault="00527088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Título (para el caso de publicaciones, talleres, charlas</w:t>
            </w:r>
          </w:p>
        </w:tc>
        <w:tc>
          <w:tcPr>
            <w:tcW w:w="439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803F3C" w:rsidTr="00527088">
        <w:trPr>
          <w:trHeight w:val="343"/>
        </w:trPr>
        <w:tc>
          <w:tcPr>
            <w:tcW w:w="4390" w:type="dxa"/>
          </w:tcPr>
          <w:p w:rsidR="00803F3C" w:rsidRDefault="00527088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Lugar y fecha en que se desarrolló la actividad</w:t>
            </w:r>
          </w:p>
        </w:tc>
        <w:tc>
          <w:tcPr>
            <w:tcW w:w="4390" w:type="dxa"/>
          </w:tcPr>
          <w:p w:rsidR="00803F3C" w:rsidRDefault="00803F3C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803F3C" w:rsidRDefault="00803F3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val="es-ES"/>
        </w:rPr>
      </w:pPr>
    </w:p>
    <w:tbl>
      <w:tblPr>
        <w:tblStyle w:val="Tablaconcuadrcula"/>
        <w:tblW w:w="0" w:type="auto"/>
        <w:tblLook w:val="04A0"/>
      </w:tblPr>
      <w:tblGrid>
        <w:gridCol w:w="4390"/>
        <w:gridCol w:w="4390"/>
      </w:tblGrid>
      <w:tr w:rsidR="00527088" w:rsidTr="00BB74D9">
        <w:tc>
          <w:tcPr>
            <w:tcW w:w="4390" w:type="dxa"/>
          </w:tcPr>
          <w:p w:rsidR="00527088" w:rsidRDefault="00527088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Tipo de actividad de extensión</w:t>
            </w:r>
          </w:p>
        </w:tc>
        <w:tc>
          <w:tcPr>
            <w:tcW w:w="4390" w:type="dxa"/>
          </w:tcPr>
          <w:p w:rsidR="00527088" w:rsidRDefault="00527088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527088" w:rsidTr="00BB74D9">
        <w:tc>
          <w:tcPr>
            <w:tcW w:w="4390" w:type="dxa"/>
          </w:tcPr>
          <w:p w:rsidR="00527088" w:rsidRDefault="00527088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Título (para el caso de publicaciones, talleres, charlas</w:t>
            </w:r>
          </w:p>
        </w:tc>
        <w:tc>
          <w:tcPr>
            <w:tcW w:w="4390" w:type="dxa"/>
          </w:tcPr>
          <w:p w:rsidR="00527088" w:rsidRDefault="00527088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527088" w:rsidTr="00BB74D9">
        <w:trPr>
          <w:trHeight w:val="343"/>
        </w:trPr>
        <w:tc>
          <w:tcPr>
            <w:tcW w:w="4390" w:type="dxa"/>
          </w:tcPr>
          <w:p w:rsidR="00527088" w:rsidRDefault="00527088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  <w:r w:rsidRPr="00803F3C">
              <w:rPr>
                <w:rFonts w:asciiTheme="majorHAnsi" w:hAnsiTheme="majorHAnsi" w:cstheme="majorHAnsi"/>
                <w:lang w:val="es-ES"/>
              </w:rPr>
              <w:t>Lugar y fecha en que se desarrolló la actividad</w:t>
            </w:r>
          </w:p>
        </w:tc>
        <w:tc>
          <w:tcPr>
            <w:tcW w:w="4390" w:type="dxa"/>
          </w:tcPr>
          <w:p w:rsidR="00527088" w:rsidRDefault="00527088" w:rsidP="00BB74D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803F3C" w:rsidRDefault="00803F3C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val="es-ES"/>
        </w:rPr>
      </w:pPr>
    </w:p>
    <w:tbl>
      <w:tblPr>
        <w:tblStyle w:val="Tablaconcuadrcula"/>
        <w:tblW w:w="0" w:type="auto"/>
        <w:tblLook w:val="04A0"/>
      </w:tblPr>
      <w:tblGrid>
        <w:gridCol w:w="8780"/>
      </w:tblGrid>
      <w:tr w:rsidR="00903674" w:rsidRPr="00903674" w:rsidTr="00903674">
        <w:tc>
          <w:tcPr>
            <w:tcW w:w="8780" w:type="dxa"/>
          </w:tcPr>
          <w:p w:rsidR="00903674" w:rsidRPr="00903674" w:rsidRDefault="00903674" w:rsidP="00514DAE">
            <w:pPr>
              <w:rPr>
                <w:rFonts w:asciiTheme="majorHAnsi" w:hAnsiTheme="majorHAnsi" w:cstheme="majorHAnsi"/>
                <w:sz w:val="24"/>
                <w:lang w:val="es-AR"/>
              </w:rPr>
            </w:pPr>
            <w:r w:rsidRPr="00903674">
              <w:rPr>
                <w:rFonts w:asciiTheme="majorHAnsi" w:hAnsiTheme="majorHAnsi" w:cstheme="majorHAnsi"/>
                <w:sz w:val="24"/>
                <w:lang w:val="es-AR"/>
              </w:rPr>
              <w:t>Lugar y fecha:</w:t>
            </w:r>
          </w:p>
        </w:tc>
      </w:tr>
    </w:tbl>
    <w:p w:rsidR="00514DAE" w:rsidRPr="00903674" w:rsidRDefault="00514DAE" w:rsidP="00514DAE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903674" w:rsidP="00903674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>
        <w:rPr>
          <w:rFonts w:asciiTheme="majorHAnsi" w:hAnsiTheme="majorHAnsi" w:cstheme="majorHAnsi"/>
          <w:sz w:val="24"/>
          <w:lang w:val="es-AR"/>
        </w:rPr>
        <w:t>…………………………………………………………………………</w:t>
      </w: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 w:rsidRPr="00903674">
        <w:rPr>
          <w:rFonts w:asciiTheme="majorHAnsi" w:hAnsiTheme="majorHAnsi" w:cstheme="majorHAnsi"/>
          <w:bCs/>
          <w:sz w:val="24"/>
          <w:lang w:val="es-AR"/>
        </w:rPr>
        <w:t xml:space="preserve">Firma </w:t>
      </w:r>
      <w:r w:rsidRPr="00903674">
        <w:rPr>
          <w:rFonts w:asciiTheme="majorHAnsi" w:hAnsiTheme="majorHAnsi" w:cstheme="majorHAnsi"/>
          <w:sz w:val="24"/>
          <w:lang w:val="es-AR"/>
        </w:rPr>
        <w:t>Director</w:t>
      </w:r>
      <w:r w:rsidR="00903674">
        <w:rPr>
          <w:rFonts w:asciiTheme="majorHAnsi" w:hAnsiTheme="majorHAnsi" w:cstheme="majorHAnsi"/>
          <w:sz w:val="24"/>
          <w:lang w:val="es-AR"/>
        </w:rPr>
        <w:t>/a del Proyecto de I</w:t>
      </w:r>
      <w:r w:rsidRPr="00903674">
        <w:rPr>
          <w:rFonts w:asciiTheme="majorHAnsi" w:hAnsiTheme="majorHAnsi" w:cstheme="majorHAnsi"/>
          <w:sz w:val="24"/>
          <w:lang w:val="es-AR"/>
        </w:rPr>
        <w:t>nvestigación</w:t>
      </w:r>
    </w:p>
    <w:p w:rsidR="00514DAE" w:rsidRDefault="00514DAE" w:rsidP="00903674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</w:p>
    <w:p w:rsidR="00903674" w:rsidRPr="00903674" w:rsidRDefault="00903674" w:rsidP="00903674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>
        <w:rPr>
          <w:rFonts w:asciiTheme="majorHAnsi" w:hAnsiTheme="majorHAnsi" w:cstheme="majorHAnsi"/>
          <w:sz w:val="24"/>
          <w:lang w:val="es-AR"/>
        </w:rPr>
        <w:t>…………………………………………………………………………</w:t>
      </w:r>
    </w:p>
    <w:p w:rsidR="00903674" w:rsidRPr="00903674" w:rsidRDefault="00903674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>
        <w:rPr>
          <w:rFonts w:asciiTheme="majorHAnsi" w:hAnsiTheme="majorHAnsi" w:cstheme="majorHAnsi"/>
          <w:sz w:val="24"/>
          <w:lang w:val="es-AR"/>
        </w:rPr>
        <w:t>Aclaración</w:t>
      </w: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903674" w:rsidP="00903674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>
        <w:rPr>
          <w:rFonts w:asciiTheme="majorHAnsi" w:hAnsiTheme="majorHAnsi" w:cstheme="majorHAnsi"/>
          <w:sz w:val="24"/>
          <w:lang w:val="es-AR"/>
        </w:rPr>
        <w:t>…………………………………………………………………………</w:t>
      </w: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 w:rsidRPr="00903674">
        <w:rPr>
          <w:rFonts w:asciiTheme="majorHAnsi" w:hAnsiTheme="majorHAnsi" w:cstheme="majorHAnsi"/>
          <w:bCs/>
          <w:sz w:val="24"/>
          <w:lang w:val="es-AR"/>
        </w:rPr>
        <w:t xml:space="preserve">Firma </w:t>
      </w:r>
      <w:r w:rsidRPr="00903674">
        <w:rPr>
          <w:rFonts w:asciiTheme="majorHAnsi" w:hAnsiTheme="majorHAnsi" w:cstheme="majorHAnsi"/>
          <w:sz w:val="24"/>
          <w:lang w:val="es-AR"/>
        </w:rPr>
        <w:t>Director</w:t>
      </w:r>
      <w:r w:rsidR="00903674">
        <w:rPr>
          <w:rFonts w:asciiTheme="majorHAnsi" w:hAnsiTheme="majorHAnsi" w:cstheme="majorHAnsi"/>
          <w:sz w:val="24"/>
          <w:lang w:val="es-AR"/>
        </w:rPr>
        <w:t>/a</w:t>
      </w:r>
      <w:r w:rsidRPr="00903674">
        <w:rPr>
          <w:rFonts w:asciiTheme="majorHAnsi" w:hAnsiTheme="majorHAnsi" w:cstheme="majorHAnsi"/>
          <w:sz w:val="24"/>
          <w:lang w:val="es-AR"/>
        </w:rPr>
        <w:t xml:space="preserve"> del Programa</w:t>
      </w:r>
      <w:r w:rsidR="00903674">
        <w:rPr>
          <w:rFonts w:asciiTheme="majorHAnsi" w:hAnsiTheme="majorHAnsi" w:cstheme="majorHAnsi"/>
          <w:sz w:val="24"/>
          <w:lang w:val="es-AR"/>
        </w:rPr>
        <w:t xml:space="preserve"> de Investigación</w:t>
      </w:r>
      <w:r w:rsidRPr="00903674">
        <w:rPr>
          <w:rStyle w:val="Refdenotaalpie"/>
          <w:rFonts w:asciiTheme="majorHAnsi" w:hAnsiTheme="majorHAnsi" w:cstheme="majorHAnsi"/>
          <w:sz w:val="24"/>
          <w:lang w:val="es-AR"/>
        </w:rPr>
        <w:footnoteReference w:id="1"/>
      </w:r>
    </w:p>
    <w:p w:rsidR="00514DAE" w:rsidRPr="00903674" w:rsidRDefault="00514DAE" w:rsidP="00514DA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903674" w:rsidRPr="00903674" w:rsidRDefault="00903674" w:rsidP="00903674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>
        <w:rPr>
          <w:rFonts w:asciiTheme="majorHAnsi" w:hAnsiTheme="majorHAnsi" w:cstheme="majorHAnsi"/>
          <w:sz w:val="24"/>
          <w:lang w:val="es-AR"/>
        </w:rPr>
        <w:t>…………………………………………………………………………</w:t>
      </w:r>
    </w:p>
    <w:p w:rsidR="00514DAE" w:rsidRPr="00903674" w:rsidRDefault="00903674" w:rsidP="0090367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Aclaración</w:t>
      </w:r>
    </w:p>
    <w:p w:rsidR="00604E82" w:rsidRPr="00903674" w:rsidRDefault="00604E82" w:rsidP="00514DAE">
      <w:pPr>
        <w:pStyle w:val="Encabezado"/>
        <w:jc w:val="both"/>
        <w:rPr>
          <w:lang w:val="es-AR"/>
        </w:rPr>
      </w:pPr>
    </w:p>
    <w:sectPr w:rsidR="00604E82" w:rsidRPr="00903674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32E" w:rsidRDefault="0029332E" w:rsidP="00A20F1E">
      <w:pPr>
        <w:spacing w:after="0" w:line="240" w:lineRule="auto"/>
      </w:pPr>
      <w:r>
        <w:separator/>
      </w:r>
    </w:p>
  </w:endnote>
  <w:endnote w:type="continuationSeparator" w:id="0">
    <w:p w:rsidR="0029332E" w:rsidRDefault="0029332E" w:rsidP="00A20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4B4" w:rsidRDefault="005A6247">
    <w:pPr>
      <w:pStyle w:val="Piedepgina"/>
    </w:pPr>
    <w:r w:rsidRPr="005A6247">
      <w:rPr>
        <w:noProof/>
        <w:lang w:val="es-AR" w:eastAsia="es-AR"/>
      </w:rPr>
      <w:pict>
        <v:rect id="5 Rectángulo" o:spid="_x0000_s4098" style="position:absolute;margin-left:-92.5pt;margin-top:16.4pt;width:617pt;height:25pt;z-index:251660799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" fillcolor="#fde9d9 [665]" strokecolor="#fde9d9 [665]">
          <v:shadow on="t" color="black" opacity="22937f" origin=",.5" offset="0,.63889mm"/>
        </v:rect>
      </w:pict>
    </w:r>
    <w:r w:rsidRPr="005A6247">
      <w:rPr>
        <w:noProof/>
        <w:lang w:val="es-AR" w:eastAsia="es-AR"/>
      </w:rPr>
      <w:pict>
        <v:rect id="4 Rectángulo" o:spid="_x0000_s4097" style="position:absolute;margin-left:-92.5pt;margin-top:26.9pt;width:617pt;height:2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" fillcolor="#d6e3bc [1302]" strokecolor="#d6e3bc [1302]">
          <v:shadow on="t" color="black" opacity="22937f" origin=",.5" offset="0,.63889mm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32E" w:rsidRDefault="0029332E" w:rsidP="00A20F1E">
      <w:pPr>
        <w:spacing w:after="0" w:line="240" w:lineRule="auto"/>
      </w:pPr>
      <w:r>
        <w:separator/>
      </w:r>
    </w:p>
  </w:footnote>
  <w:footnote w:type="continuationSeparator" w:id="0">
    <w:p w:rsidR="0029332E" w:rsidRDefault="0029332E" w:rsidP="00A20F1E">
      <w:pPr>
        <w:spacing w:after="0" w:line="240" w:lineRule="auto"/>
      </w:pPr>
      <w:r>
        <w:continuationSeparator/>
      </w:r>
    </w:p>
  </w:footnote>
  <w:footnote w:id="1">
    <w:p w:rsidR="00514DAE" w:rsidRPr="00514DAE" w:rsidRDefault="00514DAE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 w:rsidRPr="00212E8C">
        <w:rPr>
          <w:rFonts w:asciiTheme="majorHAnsi" w:hAnsiTheme="majorHAnsi" w:cstheme="majorHAnsi"/>
          <w:bCs/>
          <w:lang w:val="es-ES"/>
        </w:rPr>
        <w:t>Si el proyecto se inscribe en un Programa de Investigación del Departamento de Ciencias Sociales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4B4" w:rsidRDefault="005A6247">
    <w:pPr>
      <w:pStyle w:val="Encabezado"/>
    </w:pPr>
    <w:r w:rsidRPr="005A6247">
      <w:rPr>
        <w:b/>
        <w:noProof/>
        <w:sz w:val="28"/>
        <w:lang w:val="es-AR" w:eastAsia="es-A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3 Cuadro de texto" o:spid="_x0000_s4100" type="#_x0000_t202" style="position:absolute;margin-left:352pt;margin-top:-36pt;width:169.5pt;height:81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" fillcolor="#ffc000" strokecolor="#ffc000" strokeweight=".5pt">
          <v:textbox>
            <w:txbxContent>
              <w:p w:rsidR="00EF44B4" w:rsidRPr="007F1273" w:rsidRDefault="00EF44B4" w:rsidP="00A20F1E">
                <w:pPr>
                  <w:spacing w:after="0" w:line="240" w:lineRule="auto"/>
                  <w:jc w:val="right"/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</w:pPr>
                <w:r w:rsidRPr="007F1273"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  <w:t>Secretaría de Investigaciones</w:t>
                </w:r>
              </w:p>
              <w:p w:rsidR="0029772E" w:rsidRDefault="00EF44B4" w:rsidP="00A20F1E">
                <w:pPr>
                  <w:spacing w:after="0" w:line="240" w:lineRule="auto"/>
                  <w:jc w:val="right"/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</w:pPr>
                <w:r w:rsidRPr="007F1273"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  <w:t xml:space="preserve">Presentación </w:t>
                </w:r>
              </w:p>
              <w:p w:rsidR="00EF44B4" w:rsidRPr="004B0DE4" w:rsidRDefault="0029772E" w:rsidP="00A20F1E">
                <w:pPr>
                  <w:spacing w:after="0" w:line="240" w:lineRule="auto"/>
                  <w:jc w:val="right"/>
                  <w:rPr>
                    <w:rFonts w:ascii="Arial Rounded MT Bold" w:hAnsi="Arial Rounded MT Bold"/>
                    <w:color w:val="FFFFFF" w:themeColor="background1"/>
                    <w:sz w:val="26"/>
                    <w:szCs w:val="26"/>
                    <w:lang w:val="es-AR"/>
                  </w:rPr>
                </w:pPr>
                <w:r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  <w:t xml:space="preserve">INFORME FINAL </w:t>
                </w:r>
                <w:proofErr w:type="spellStart"/>
                <w:r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  <w:t>PICyT</w:t>
                </w:r>
                <w:proofErr w:type="spellEnd"/>
              </w:p>
            </w:txbxContent>
          </v:textbox>
        </v:shape>
      </w:pict>
    </w:r>
    <w:r w:rsidRPr="005A6247">
      <w:rPr>
        <w:b/>
        <w:noProof/>
        <w:sz w:val="28"/>
        <w:lang w:val="es-AR" w:eastAsia="es-AR"/>
      </w:rPr>
      <w:pict>
        <v:rect id="2 Rectángulo" o:spid="_x0000_s4099" style="position:absolute;margin-left:-90pt;margin-top:-36pt;width:611.5pt;height:81.5pt;z-index:2516582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" fillcolor="#ffc000" strokecolor="#ffc000">
          <v:shadow on="t" color="black" opacity="22937f" origin=",.5" offset="0,.63889mm"/>
        </v:rect>
      </w:pict>
    </w:r>
    <w:r w:rsidR="00EF44B4" w:rsidRPr="00D62260">
      <w:rPr>
        <w:b/>
        <w:noProof/>
        <w:sz w:val="28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5664200" cy="1035685"/>
          <wp:effectExtent l="0" t="0" r="0" b="0"/>
          <wp:wrapTopAndBottom/>
          <wp:docPr id="6" name="Imagen 6" descr="BIENVENIDOS | Departamento de Ciencias Socia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ENVENIDOS | Departamento de Ciencias Sociale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12541" b="14192"/>
                  <a:stretch/>
                </pic:blipFill>
                <pic:spPr bwMode="auto">
                  <a:xfrm>
                    <a:off x="0" y="0"/>
                    <a:ext cx="5664200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EF44B4" w:rsidRDefault="00EF44B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B986BF9"/>
    <w:multiLevelType w:val="multilevel"/>
    <w:tmpl w:val="E05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A30860"/>
    <w:multiLevelType w:val="multilevel"/>
    <w:tmpl w:val="07FE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E544C8"/>
    <w:multiLevelType w:val="multilevel"/>
    <w:tmpl w:val="EC66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8F4285"/>
    <w:multiLevelType w:val="multilevel"/>
    <w:tmpl w:val="49CA4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EE0EF7"/>
    <w:multiLevelType w:val="multilevel"/>
    <w:tmpl w:val="3D26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D971FC"/>
    <w:multiLevelType w:val="hybridMultilevel"/>
    <w:tmpl w:val="44942E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A20628"/>
    <w:multiLevelType w:val="multilevel"/>
    <w:tmpl w:val="D6F4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9F2A41"/>
    <w:multiLevelType w:val="multilevel"/>
    <w:tmpl w:val="6A06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180769"/>
    <w:multiLevelType w:val="multilevel"/>
    <w:tmpl w:val="D0F2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8F6D8F"/>
    <w:multiLevelType w:val="multilevel"/>
    <w:tmpl w:val="AD8A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7E25AB"/>
    <w:multiLevelType w:val="multilevel"/>
    <w:tmpl w:val="8AB0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BA6C6D"/>
    <w:multiLevelType w:val="multilevel"/>
    <w:tmpl w:val="C2B0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DB62B9"/>
    <w:multiLevelType w:val="hybridMultilevel"/>
    <w:tmpl w:val="4A4239E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50110"/>
    <w:multiLevelType w:val="multilevel"/>
    <w:tmpl w:val="FFD670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9D482F"/>
    <w:multiLevelType w:val="multilevel"/>
    <w:tmpl w:val="DF14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BD0EFA"/>
    <w:multiLevelType w:val="multilevel"/>
    <w:tmpl w:val="93EA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8E5B5C"/>
    <w:multiLevelType w:val="multilevel"/>
    <w:tmpl w:val="2264B6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CA6E66"/>
    <w:multiLevelType w:val="multilevel"/>
    <w:tmpl w:val="3D12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F91B3B"/>
    <w:multiLevelType w:val="multilevel"/>
    <w:tmpl w:val="BD92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2228DC"/>
    <w:multiLevelType w:val="multilevel"/>
    <w:tmpl w:val="7542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BE423A"/>
    <w:multiLevelType w:val="multilevel"/>
    <w:tmpl w:val="C682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5F5124"/>
    <w:multiLevelType w:val="multilevel"/>
    <w:tmpl w:val="3D26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2F59DF"/>
    <w:multiLevelType w:val="multilevel"/>
    <w:tmpl w:val="14A08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E8340B"/>
    <w:multiLevelType w:val="multilevel"/>
    <w:tmpl w:val="B020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22"/>
  </w:num>
  <w:num w:numId="12">
    <w:abstractNumId w:val="15"/>
  </w:num>
  <w:num w:numId="13">
    <w:abstractNumId w:val="27"/>
  </w:num>
  <w:num w:numId="14">
    <w:abstractNumId w:val="25"/>
  </w:num>
  <w:num w:numId="15">
    <w:abstractNumId w:val="18"/>
  </w:num>
  <w:num w:numId="16">
    <w:abstractNumId w:val="21"/>
  </w:num>
  <w:num w:numId="17">
    <w:abstractNumId w:val="26"/>
  </w:num>
  <w:num w:numId="18">
    <w:abstractNumId w:val="17"/>
  </w:num>
  <w:num w:numId="19">
    <w:abstractNumId w:val="9"/>
  </w:num>
  <w:num w:numId="20">
    <w:abstractNumId w:val="29"/>
  </w:num>
  <w:num w:numId="21">
    <w:abstractNumId w:val="23"/>
  </w:num>
  <w:num w:numId="22">
    <w:abstractNumId w:val="19"/>
  </w:num>
  <w:num w:numId="23">
    <w:abstractNumId w:val="14"/>
  </w:num>
  <w:num w:numId="24">
    <w:abstractNumId w:val="16"/>
  </w:num>
  <w:num w:numId="25">
    <w:abstractNumId w:val="11"/>
  </w:num>
  <w:num w:numId="26">
    <w:abstractNumId w:val="30"/>
  </w:num>
  <w:num w:numId="27">
    <w:abstractNumId w:val="20"/>
  </w:num>
  <w:num w:numId="28">
    <w:abstractNumId w:val="31"/>
  </w:num>
  <w:num w:numId="29">
    <w:abstractNumId w:val="10"/>
  </w:num>
  <w:num w:numId="30">
    <w:abstractNumId w:val="32"/>
  </w:num>
  <w:num w:numId="31">
    <w:abstractNumId w:val="28"/>
  </w:num>
  <w:num w:numId="32">
    <w:abstractNumId w:val="24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1579E7"/>
    <w:rsid w:val="001E5F80"/>
    <w:rsid w:val="00212E8C"/>
    <w:rsid w:val="002475D7"/>
    <w:rsid w:val="0029332E"/>
    <w:rsid w:val="0029639D"/>
    <w:rsid w:val="0029772E"/>
    <w:rsid w:val="00326F90"/>
    <w:rsid w:val="003714E4"/>
    <w:rsid w:val="003A0503"/>
    <w:rsid w:val="0040055E"/>
    <w:rsid w:val="004427DC"/>
    <w:rsid w:val="004B0DE4"/>
    <w:rsid w:val="004F45D2"/>
    <w:rsid w:val="00514DAE"/>
    <w:rsid w:val="00527088"/>
    <w:rsid w:val="005A6247"/>
    <w:rsid w:val="005F0480"/>
    <w:rsid w:val="00604E82"/>
    <w:rsid w:val="00631F43"/>
    <w:rsid w:val="00706927"/>
    <w:rsid w:val="0077377C"/>
    <w:rsid w:val="007D3972"/>
    <w:rsid w:val="007D58B1"/>
    <w:rsid w:val="007F1273"/>
    <w:rsid w:val="007F24F5"/>
    <w:rsid w:val="00803F3C"/>
    <w:rsid w:val="008331EA"/>
    <w:rsid w:val="008415B1"/>
    <w:rsid w:val="008A444D"/>
    <w:rsid w:val="008F3FA2"/>
    <w:rsid w:val="00903674"/>
    <w:rsid w:val="0092731D"/>
    <w:rsid w:val="0096717D"/>
    <w:rsid w:val="00A20F1E"/>
    <w:rsid w:val="00AA1D8D"/>
    <w:rsid w:val="00B03899"/>
    <w:rsid w:val="00B22482"/>
    <w:rsid w:val="00B47730"/>
    <w:rsid w:val="00BC0288"/>
    <w:rsid w:val="00C131E8"/>
    <w:rsid w:val="00C671AA"/>
    <w:rsid w:val="00CB0664"/>
    <w:rsid w:val="00CE45C1"/>
    <w:rsid w:val="00D16A2B"/>
    <w:rsid w:val="00DD6458"/>
    <w:rsid w:val="00E85BCD"/>
    <w:rsid w:val="00EC7AF1"/>
    <w:rsid w:val="00EF44B4"/>
    <w:rsid w:val="00F33A58"/>
    <w:rsid w:val="00FC693F"/>
    <w:rsid w:val="00FF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2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14DA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14DA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14D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2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14DA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14DA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14D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8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7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9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54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3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92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4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6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65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6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437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00D399-F546-4C9C-9D3F-F1DE22C1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718</Words>
  <Characters>3955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Usuario de Windows</cp:lastModifiedBy>
  <cp:revision>4</cp:revision>
  <dcterms:created xsi:type="dcterms:W3CDTF">2026-02-24T12:03:00Z</dcterms:created>
  <dcterms:modified xsi:type="dcterms:W3CDTF">2026-07-15T14:52:00Z</dcterms:modified>
</cp:coreProperties>
</file>